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keepLines w:val="0"/>
        <w:widowControl w:val="0"/>
        <w:spacing w:after="40" w:before="0" w:line="300" w:lineRule="exact"/>
        <w:jc w:val="center"/>
      </w:pPr>
      <w:r>
        <w:rPr>
          <w:rFonts w:ascii="Carlito" w:hAnsi="Carlito" w:eastAsia="Carlito" w:cs="Carlito"/>
          <w:b/>
          <w:color w:val="173E61"/>
          <w:sz w:val="24"/>
        </w:rPr>
        <w:t>UZMANLIK ALAN DERSİ</w:t>
      </w:r>
    </w:p>
    <w:p>
      <w:pPr>
        <w:keepNext w:val="0"/>
        <w:keepLines w:val="0"/>
        <w:widowControl w:val="0"/>
        <w:spacing w:after="100" w:before="0" w:line="280" w:lineRule="exact"/>
        <w:jc w:val="center"/>
      </w:pPr>
      <w:r>
        <w:rPr>
          <w:rFonts w:ascii="Carlito" w:hAnsi="Carlito" w:eastAsia="Carlito" w:cs="Carlito"/>
          <w:b/>
          <w:color w:val="173E61"/>
          <w:sz w:val="23"/>
        </w:rPr>
        <w:t>DÖNEM SONU DANIŞMAN İZLEME VE DEĞERLENDİRME FORMU</w:t>
      </w:r>
    </w:p>
    <w:p>
      <w:pPr>
        <w:keepNext w:val="0"/>
        <w:keepLines w:val="0"/>
        <w:widowControl w:val="0"/>
        <w:spacing w:after="20" w:before="0" w:line="220" w:lineRule="exact"/>
      </w:pPr>
      <w:r>
        <w:rPr>
          <w:rFonts w:ascii="Carlito" w:hAnsi="Carlito" w:eastAsia="Carlito" w:cs="Carlito"/>
          <w:b w:val="0"/>
          <w:color w:val="506373"/>
          <w:sz w:val="18"/>
        </w:rPr>
        <w:t>1. Öğrenci, dönem hedeflerini, çalışmalarını ve öz değerlendirmesini somut çıktılarla birlikte danışmanına sunar.</w:t>
      </w:r>
    </w:p>
    <w:p>
      <w:pPr>
        <w:keepNext w:val="0"/>
        <w:keepLines w:val="0"/>
        <w:widowControl w:val="0"/>
        <w:spacing w:after="20" w:before="0" w:line="220" w:lineRule="exact"/>
      </w:pPr>
      <w:r>
        <w:rPr>
          <w:rFonts w:ascii="Carlito" w:hAnsi="Carlito" w:eastAsia="Carlito" w:cs="Carlito"/>
          <w:b w:val="0"/>
          <w:color w:val="506373"/>
          <w:sz w:val="18"/>
        </w:rPr>
        <w:t>2. Danışman, formu ve çıktıları inceler; değerlendirmeyi öğrenciyle görüşür ve başarı kararını kaydeder.</w:t>
      </w:r>
    </w:p>
    <w:p>
      <w:pPr>
        <w:keepNext w:val="0"/>
        <w:keepLines w:val="0"/>
        <w:widowControl w:val="0"/>
        <w:spacing w:after="20" w:before="0" w:line="220" w:lineRule="exact"/>
      </w:pPr>
      <w:r>
        <w:rPr>
          <w:rFonts w:ascii="Carlito" w:hAnsi="Carlito" w:eastAsia="Carlito" w:cs="Carlito"/>
          <w:b w:val="0"/>
          <w:color w:val="506373"/>
          <w:sz w:val="18"/>
        </w:rPr>
        <w:t>3. İki form aynı öğrenci ve yarıyıl altında birlikte saklanır; çalışma ürünleri tekrar yüklenmeden ilişkilendirilir.</w:t>
      </w:r>
    </w:p>
    <w:p>
      <w:pPr>
        <w:keepNext/>
        <w:keepLines w:val="0"/>
        <w:widowControl w:val="0"/>
        <w:spacing w:after="60" w:before="100" w:line="280" w:lineRule="exact"/>
        <w:shd w:fill="173E61"/>
        <w:ind w:left="100" w:right="80"/>
      </w:pPr>
      <w:r>
        <w:rPr>
          <w:rFonts w:ascii="Carlito" w:hAnsi="Carlito" w:eastAsia="Carlito" w:cs="Carlito"/>
          <w:b/>
          <w:color w:val="FFFFFF"/>
          <w:sz w:val="20"/>
        </w:rPr>
        <w:t>A. ÖĞRENCİ VE DERS BİLGİLERİ</w:t>
      </w:r>
    </w:p>
    <w:tbl>
      <w:tblPr>
        <w:tblW w:type="dxa" w:w="10091"/>
        <w:tblLayout w:type="fixed"/>
        <w:tblLook w:firstColumn="1" w:firstRow="1" w:lastColumn="0" w:lastRow="0" w:noHBand="0" w:noVBand="1" w:val="04A0"/>
        <w:jc w:val="center"/>
        <w:tblBorders>
          <w:top w:val="single" w:sz="5" w:color="9BAFBE"/>
          <w:left w:val="single" w:sz="5" w:color="9BAFBE"/>
          <w:bottom w:val="single" w:sz="5" w:color="9BAFBE"/>
          <w:right w:val="single" w:sz="5" w:color="9BAFBE"/>
          <w:insideH w:val="single" w:sz="5" w:color="9BAFBE"/>
          <w:insideV w:val="single" w:sz="5" w:color="9BAFBE"/>
        </w:tblBorders>
      </w:tblPr>
      <w:tblGrid>
        <w:gridCol w:w="1928"/>
        <w:gridCol w:w="3118"/>
        <w:gridCol w:w="1928"/>
        <w:gridCol w:w="3118"/>
      </w:tblGrid>
      <w:tr>
        <w:trPr>
          <w:trHeight w:val="510" w:hRule="atLeast"/>
          <w:cantSplit/>
        </w:trPr>
        <w:tc>
          <w:tcPr>
            <w:tcW w:type="dxa" w:w="1928"/>
            <w:vAlign w:val="center"/>
            <w:shd w:fill="F3F6F9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30" w:lineRule="exact"/>
            </w:pPr>
            <w:r>
              <w:rPr>
                <w:rFonts w:ascii="Carlito" w:hAnsi="Carlito" w:eastAsia="Carlito" w:cs="Carlito"/>
                <w:b/>
                <w:color w:val="173E61"/>
                <w:sz w:val="19"/>
              </w:rPr>
              <w:t>Öğrenci adı soyadı</w:t>
            </w:r>
          </w:p>
        </w:tc>
        <w:tc>
          <w:tcPr>
            <w:tcW w:type="dxa" w:w="3118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30" w:lineRule="exact"/>
            </w:pPr>
          </w:p>
        </w:tc>
        <w:tc>
          <w:tcPr>
            <w:tcW w:type="dxa" w:w="1928"/>
            <w:vAlign w:val="center"/>
            <w:shd w:fill="F3F6F9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30" w:lineRule="exact"/>
            </w:pPr>
            <w:r>
              <w:rPr>
                <w:rFonts w:ascii="Carlito" w:hAnsi="Carlito" w:eastAsia="Carlito" w:cs="Carlito"/>
                <w:b/>
                <w:color w:val="173E61"/>
                <w:sz w:val="19"/>
              </w:rPr>
              <w:t>Öğrenci numarası</w:t>
            </w:r>
          </w:p>
        </w:tc>
        <w:tc>
          <w:tcPr>
            <w:tcW w:type="dxa" w:w="3118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30" w:lineRule="exact"/>
            </w:pPr>
          </w:p>
        </w:tc>
      </w:tr>
      <w:tr>
        <w:trPr>
          <w:trHeight w:val="510" w:hRule="atLeast"/>
          <w:cantSplit/>
        </w:trPr>
        <w:tc>
          <w:tcPr>
            <w:tcW w:type="dxa" w:w="1928"/>
            <w:vAlign w:val="center"/>
            <w:shd w:fill="F3F6F9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30" w:lineRule="exact"/>
            </w:pPr>
            <w:r>
              <w:rPr>
                <w:rFonts w:ascii="Carlito" w:hAnsi="Carlito" w:eastAsia="Carlito" w:cs="Carlito"/>
                <w:b/>
                <w:color w:val="173E61"/>
                <w:sz w:val="19"/>
              </w:rPr>
              <w:t>Anabilim / Anasanat Dalı</w:t>
            </w:r>
          </w:p>
        </w:tc>
        <w:tc>
          <w:tcPr>
            <w:tcW w:type="dxa" w:w="3118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30" w:lineRule="exact"/>
            </w:pPr>
          </w:p>
        </w:tc>
        <w:tc>
          <w:tcPr>
            <w:tcW w:type="dxa" w:w="1928"/>
            <w:vAlign w:val="center"/>
            <w:shd w:fill="F3F6F9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30" w:lineRule="exact"/>
            </w:pPr>
            <w:r>
              <w:rPr>
                <w:rFonts w:ascii="Carlito" w:hAnsi="Carlito" w:eastAsia="Carlito" w:cs="Carlito"/>
                <w:b/>
                <w:color w:val="173E61"/>
                <w:sz w:val="19"/>
              </w:rPr>
              <w:t>Program adı / türü</w:t>
            </w:r>
          </w:p>
        </w:tc>
        <w:tc>
          <w:tcPr>
            <w:tcW w:type="dxa" w:w="3118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30" w:lineRule="exact"/>
            </w:pPr>
          </w:p>
        </w:tc>
      </w:tr>
      <w:tr>
        <w:trPr>
          <w:trHeight w:val="510" w:hRule="atLeast"/>
          <w:cantSplit/>
        </w:trPr>
        <w:tc>
          <w:tcPr>
            <w:tcW w:type="dxa" w:w="1928"/>
            <w:vAlign w:val="center"/>
            <w:shd w:fill="F3F6F9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before="0" w:after="0" w:line="230" w:lineRule="exact"/>
            </w:pPr>
            <w:r>
              <w:rPr>
                <w:rFonts w:ascii="Carlito" w:hAnsi="Carlito" w:eastAsia="Carlito" w:cs="Carlito"/>
                <w:b/>
                <w:color w:val="173E61"/>
                <w:sz w:val="18"/>
              </w:rPr>
              <w:t>Derse kayıt yarıyılı</w:t>
              <w:br/>
              <w:t>(kaçıncı?)</w:t>
            </w:r>
          </w:p>
        </w:tc>
        <w:tc>
          <w:tcPr>
            <w:tcW w:type="dxa" w:w="3118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30" w:lineRule="exact"/>
            </w:pPr>
          </w:p>
        </w:tc>
        <w:tc>
          <w:tcPr>
            <w:tcW w:type="dxa" w:w="1928"/>
            <w:vAlign w:val="center"/>
            <w:shd w:fill="F3F6F9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30" w:lineRule="exact"/>
            </w:pPr>
            <w:r>
              <w:rPr>
                <w:rFonts w:ascii="Carlito" w:hAnsi="Carlito" w:eastAsia="Carlito" w:cs="Carlito"/>
                <w:b/>
                <w:color w:val="173E61"/>
                <w:sz w:val="19"/>
              </w:rPr>
              <w:t>Yarıyıl</w:t>
            </w:r>
          </w:p>
        </w:tc>
        <w:tc>
          <w:tcPr>
            <w:tcW w:type="dxa" w:w="3118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30" w:lineRule="exact"/>
            </w:pPr>
            <w:r>
              <w:rPr>
                <w:rFonts w:ascii="Carlito" w:hAnsi="Carlito" w:eastAsia="Carlito" w:cs="Carlito"/>
                <w:b w:val="0"/>
                <w:color w:val="182B39"/>
                <w:sz w:val="19"/>
              </w:rPr>
              <w:t>☐</w:t>
            </w:r>
            <w:r>
              <w:rPr>
                <w:rFonts w:ascii="Carlito" w:hAnsi="Carlito" w:eastAsia="Carlito" w:cs="Carlito"/>
                <w:b w:val="0"/>
                <w:color w:val="182B39"/>
                <w:sz w:val="19"/>
              </w:rPr>
              <w:t xml:space="preserve"> Güz     </w:t>
            </w:r>
            <w:r>
              <w:rPr>
                <w:rFonts w:ascii="Carlito" w:hAnsi="Carlito" w:eastAsia="Carlito" w:cs="Carlito"/>
                <w:b w:val="0"/>
                <w:color w:val="182B39"/>
                <w:sz w:val="19"/>
              </w:rPr>
              <w:t>☐</w:t>
            </w:r>
            <w:r>
              <w:rPr>
                <w:rFonts w:ascii="Carlito" w:hAnsi="Carlito" w:eastAsia="Carlito" w:cs="Carlito"/>
                <w:b w:val="0"/>
                <w:color w:val="182B39"/>
                <w:sz w:val="19"/>
              </w:rPr>
              <w:t xml:space="preserve"> Bahar</w:t>
            </w:r>
          </w:p>
        </w:tc>
      </w:tr>
      <w:tr>
        <w:trPr>
          <w:trHeight w:val="510" w:hRule="atLeast"/>
          <w:cantSplit/>
        </w:trPr>
        <w:tc>
          <w:tcPr>
            <w:tcW w:type="dxa" w:w="1928"/>
            <w:vAlign w:val="center"/>
            <w:shd w:fill="F3F6F9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before="0" w:after="0" w:line="230" w:lineRule="exact"/>
            </w:pPr>
            <w:r>
              <w:rPr>
                <w:rFonts w:ascii="Carlito" w:hAnsi="Carlito" w:eastAsia="Carlito" w:cs="Carlito"/>
                <w:b/>
                <w:color w:val="173E61"/>
                <w:sz w:val="18"/>
              </w:rPr>
              <w:t>Öğrenci formunun</w:t>
              <w:br/>
              <w:t>tarihi</w:t>
            </w:r>
          </w:p>
        </w:tc>
        <w:tc>
          <w:tcPr>
            <w:tcW w:type="dxa" w:w="8164"/>
            <w:vAlign w:val="center"/>
            <w:gridSpan w:val="3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before="0" w:after="0" w:line="230" w:lineRule="exact"/>
            </w:pPr>
            <w:r>
              <w:rPr>
                <w:rFonts w:ascii="Carlito" w:hAnsi="Carlito" w:eastAsia="Carlito" w:cs="Carlito"/>
                <w:b w:val="0"/>
                <w:sz w:val="19"/>
              </w:rPr>
              <w:t>..... / ..... / ..........</w:t>
            </w:r>
          </w:p>
        </w:tc>
      </w:tr>
    </w:tbl>
    <w:p>
      <w:pPr>
        <w:keepNext/>
        <w:keepLines w:val="0"/>
        <w:widowControl w:val="0"/>
        <w:spacing w:after="60" w:before="100" w:line="280" w:lineRule="exact"/>
        <w:shd w:fill="173E61"/>
        <w:ind w:left="100" w:right="80"/>
      </w:pPr>
      <w:r>
        <w:rPr>
          <w:rFonts w:ascii="Carlito" w:hAnsi="Carlito" w:eastAsia="Carlito" w:cs="Carlito"/>
          <w:b/>
          <w:color w:val="FFFFFF"/>
          <w:sz w:val="20"/>
        </w:rPr>
        <w:t>C. DÖNEM BOYUNCA YÜRÜTÜLEN ÇALIŞMALAR</w:t>
      </w:r>
    </w:p>
    <w:p>
      <w:pPr>
        <w:keepNext w:val="0"/>
        <w:keepLines w:val="0"/>
        <w:widowControl w:val="0"/>
        <w:spacing w:after="40" w:before="0" w:line="226" w:lineRule="exact"/>
      </w:pPr>
      <w:r>
        <w:rPr>
          <w:rFonts w:ascii="Carlito" w:hAnsi="Carlito" w:eastAsia="Carlito" w:cs="Carlito"/>
          <w:b w:val="0"/>
          <w:color w:val="182B39"/>
          <w:sz w:val="18"/>
        </w:rPr>
        <w:t>Her satırda danışman değerlendirmenize göre bir durum işaretleyiniz: T = Tamamlandı, S = Sürüyor, B = Başlanmadı, P = Bu dönem planlanmadı.</w:t>
      </w:r>
    </w:p>
    <w:p>
      <w:pPr>
        <w:keepNext w:val="0"/>
        <w:keepLines w:val="0"/>
        <w:widowControl w:val="0"/>
        <w:spacing w:after="40" w:before="0" w:line="226" w:lineRule="exact"/>
      </w:pPr>
      <w:r>
        <w:rPr>
          <w:rFonts w:ascii="Carlito" w:hAnsi="Carlito" w:eastAsia="Carlito" w:cs="Carlito"/>
          <w:b w:val="0"/>
          <w:color w:val="506373"/>
          <w:sz w:val="18"/>
        </w:rPr>
        <w:t>Açıklamayı yalnızca gerekli durumlarda yazınız; öğrenci formundaki hedef / çalışma numarasına atıf yaparak kanıt tekrarını önleyiniz.</w:t>
      </w:r>
    </w:p>
    <w:tbl>
      <w:tblPr>
        <w:tblW w:type="dxa" w:w="10091"/>
        <w:tblLayout w:type="fixed"/>
        <w:tblLook w:firstColumn="1" w:firstRow="1" w:lastColumn="0" w:lastRow="0" w:noHBand="0" w:noVBand="1" w:val="04A0"/>
        <w:jc w:val="center"/>
        <w:tblBorders>
          <w:top w:val="single" w:sz="5" w:color="9BAFBE"/>
          <w:left w:val="single" w:sz="5" w:color="9BAFBE"/>
          <w:bottom w:val="single" w:sz="5" w:color="9BAFBE"/>
          <w:right w:val="single" w:sz="5" w:color="9BAFBE"/>
          <w:insideH w:val="single" w:sz="5" w:color="9BAFBE"/>
          <w:insideV w:val="single" w:sz="5" w:color="9BAFBE"/>
        </w:tblBorders>
      </w:tblPr>
      <w:tblGrid>
        <w:gridCol w:w="369"/>
        <w:gridCol w:w="4337"/>
        <w:gridCol w:w="454"/>
        <w:gridCol w:w="454"/>
        <w:gridCol w:w="454"/>
        <w:gridCol w:w="454"/>
        <w:gridCol w:w="3572"/>
      </w:tblGrid>
      <w:tr>
        <w:trPr>
          <w:cantSplit/>
          <w:trHeight w:val="454" w:hRule="atLeast"/>
          <w:tblHeader/>
        </w:trPr>
        <w:tc>
          <w:tcPr>
            <w:tcW w:type="dxa" w:w="369"/>
            <w:vAlign w:val="center"/>
            <w:shd w:fill="EAF1F7"/>
            <w:tcMar>
              <w:top w:w="22" w:type="dxa"/>
              <w:bottom w:w="22" w:type="dxa"/>
              <w:left w:w="26" w:type="dxa"/>
              <w:right w:w="26" w:type="dxa"/>
            </w:tcMar>
          </w:tcPr>
          <w:p>
            <w:pPr>
              <w:keepNext w:val="0"/>
              <w:keepLines w:val="0"/>
              <w:widowControl w:val="0"/>
              <w:spacing w:after="0" w:before="0" w:line="226" w:lineRule="exact"/>
              <w:jc w:val="center"/>
            </w:pPr>
            <w:r>
              <w:rPr>
                <w:rFonts w:ascii="Carlito" w:hAnsi="Carlito" w:eastAsia="Carlito" w:cs="Carlito"/>
                <w:b/>
                <w:color w:val="173E61"/>
                <w:sz w:val="19"/>
              </w:rPr>
              <w:t>No</w:t>
            </w:r>
          </w:p>
        </w:tc>
        <w:tc>
          <w:tcPr>
            <w:tcW w:type="dxa" w:w="4337"/>
            <w:vAlign w:val="center"/>
            <w:shd w:fill="EAF1F7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6" w:lineRule="exact"/>
              <w:jc w:val="center"/>
            </w:pPr>
            <w:r>
              <w:rPr>
                <w:rFonts w:ascii="Carlito" w:hAnsi="Carlito" w:eastAsia="Carlito" w:cs="Carlito"/>
                <w:b/>
                <w:color w:val="173E61"/>
                <w:sz w:val="19"/>
              </w:rPr>
              <w:t>Çalışma / faaliyet</w:t>
            </w:r>
          </w:p>
        </w:tc>
        <w:tc>
          <w:tcPr>
            <w:tcW w:type="dxa" w:w="454"/>
            <w:vAlign w:val="center"/>
            <w:shd w:fill="EAF1F7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6" w:lineRule="exact"/>
              <w:jc w:val="center"/>
            </w:pPr>
            <w:r>
              <w:rPr>
                <w:rFonts w:ascii="Carlito" w:hAnsi="Carlito" w:eastAsia="Carlito" w:cs="Carlito"/>
                <w:b/>
                <w:color w:val="173E61"/>
                <w:sz w:val="19"/>
              </w:rPr>
              <w:t>T</w:t>
            </w:r>
          </w:p>
        </w:tc>
        <w:tc>
          <w:tcPr>
            <w:tcW w:type="dxa" w:w="454"/>
            <w:vAlign w:val="center"/>
            <w:shd w:fill="EAF1F7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6" w:lineRule="exact"/>
              <w:jc w:val="center"/>
            </w:pPr>
            <w:r>
              <w:rPr>
                <w:rFonts w:ascii="Carlito" w:hAnsi="Carlito" w:eastAsia="Carlito" w:cs="Carlito"/>
                <w:b/>
                <w:color w:val="173E61"/>
                <w:sz w:val="19"/>
              </w:rPr>
              <w:t>S</w:t>
            </w:r>
          </w:p>
        </w:tc>
        <w:tc>
          <w:tcPr>
            <w:tcW w:type="dxa" w:w="454"/>
            <w:vAlign w:val="center"/>
            <w:shd w:fill="EAF1F7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6" w:lineRule="exact"/>
              <w:jc w:val="center"/>
            </w:pPr>
            <w:r>
              <w:rPr>
                <w:rFonts w:ascii="Carlito" w:hAnsi="Carlito" w:eastAsia="Carlito" w:cs="Carlito"/>
                <w:b/>
                <w:color w:val="173E61"/>
                <w:sz w:val="19"/>
              </w:rPr>
              <w:t>B</w:t>
            </w:r>
          </w:p>
        </w:tc>
        <w:tc>
          <w:tcPr>
            <w:tcW w:type="dxa" w:w="454"/>
            <w:vAlign w:val="center"/>
            <w:shd w:fill="EAF1F7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6" w:lineRule="exact"/>
              <w:jc w:val="center"/>
            </w:pPr>
            <w:r>
              <w:rPr>
                <w:rFonts w:ascii="Carlito" w:hAnsi="Carlito" w:eastAsia="Carlito" w:cs="Carlito"/>
                <w:b/>
                <w:color w:val="173E61"/>
                <w:sz w:val="19"/>
              </w:rPr>
              <w:t>P</w:t>
            </w:r>
          </w:p>
        </w:tc>
        <w:tc>
          <w:tcPr>
            <w:tcW w:type="dxa" w:w="3572"/>
            <w:vAlign w:val="center"/>
            <w:shd w:fill="EAF1F7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6" w:lineRule="exact"/>
              <w:jc w:val="center"/>
            </w:pPr>
            <w:r>
              <w:rPr>
                <w:rFonts w:ascii="Carlito" w:hAnsi="Carlito" w:eastAsia="Carlito" w:cs="Carlito"/>
                <w:b/>
                <w:color w:val="173E61"/>
                <w:sz w:val="19"/>
              </w:rPr>
              <w:t>Kısa açıklama / kanıt</w:t>
              <w:br/>
              <w:t>(gerektiğinde)</w:t>
            </w:r>
          </w:p>
        </w:tc>
      </w:tr>
      <w:tr>
        <w:trPr>
          <w:cantSplit/>
          <w:trHeight w:val="544" w:hRule="atLeast"/>
        </w:trPr>
        <w:tc>
          <w:tcPr>
            <w:tcW w:type="dxa" w:w="369"/>
            <w:vAlign w:val="center"/>
            <w:tcMar>
              <w:top w:w="22" w:type="dxa"/>
              <w:bottom w:w="22" w:type="dxa"/>
              <w:left w:w="26" w:type="dxa"/>
              <w:right w:w="26" w:type="dxa"/>
            </w:tcMar>
          </w:tcPr>
          <w:p>
            <w:pPr>
              <w:keepNext w:val="0"/>
              <w:keepLines w:val="0"/>
              <w:widowControl w:val="0"/>
              <w:spacing w:after="0" w:before="0" w:line="226" w:lineRule="exact"/>
              <w:jc w:val="center"/>
            </w:pPr>
            <w:r>
              <w:rPr>
                <w:rFonts w:ascii="Carlito" w:hAnsi="Carlito" w:eastAsia="Carlito" w:cs="Carlito"/>
                <w:b w:val="0"/>
                <w:color w:val="506373"/>
                <w:sz w:val="19"/>
              </w:rPr>
              <w:t>1</w:t>
            </w:r>
          </w:p>
        </w:tc>
        <w:tc>
          <w:tcPr>
            <w:tcW w:type="dxa" w:w="4337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6" w:lineRule="exact"/>
            </w:pPr>
            <w:r>
              <w:rPr>
                <w:rFonts w:ascii="Carlito" w:hAnsi="Carlito" w:eastAsia="Carlito" w:cs="Carlito"/>
                <w:b w:val="0"/>
                <w:color w:val="182B39"/>
                <w:sz w:val="19"/>
              </w:rPr>
              <w:t>Tez konusunun ve çalışma planının belirlenmesi / güncellenmesi</w:t>
            </w:r>
          </w:p>
        </w:tc>
        <w:tc>
          <w:tcPr>
            <w:tcW w:type="dxa" w:w="454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6" w:lineRule="exact"/>
              <w:jc w:val="center"/>
            </w:pPr>
            <w:r>
              <w:rPr>
                <w:rFonts w:ascii="DejaVu Sans" w:hAnsi="DejaVu Sans" w:eastAsia="DejaVu Sans" w:cs="DejaVu Sans"/>
                <w:b w:val="0"/>
                <w:color w:val="182B39"/>
                <w:sz w:val="22"/>
              </w:rPr>
              <w:t>☐</w:t>
            </w:r>
          </w:p>
        </w:tc>
        <w:tc>
          <w:tcPr>
            <w:tcW w:type="dxa" w:w="454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6" w:lineRule="exact"/>
              <w:jc w:val="center"/>
            </w:pPr>
            <w:r>
              <w:rPr>
                <w:rFonts w:ascii="DejaVu Sans" w:hAnsi="DejaVu Sans" w:eastAsia="DejaVu Sans" w:cs="DejaVu Sans"/>
                <w:b w:val="0"/>
                <w:color w:val="182B39"/>
                <w:sz w:val="22"/>
              </w:rPr>
              <w:t>☐</w:t>
            </w:r>
          </w:p>
        </w:tc>
        <w:tc>
          <w:tcPr>
            <w:tcW w:type="dxa" w:w="454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6" w:lineRule="exact"/>
              <w:jc w:val="center"/>
            </w:pPr>
            <w:r>
              <w:rPr>
                <w:rFonts w:ascii="DejaVu Sans" w:hAnsi="DejaVu Sans" w:eastAsia="DejaVu Sans" w:cs="DejaVu Sans"/>
                <w:b w:val="0"/>
                <w:color w:val="182B39"/>
                <w:sz w:val="22"/>
              </w:rPr>
              <w:t>☐</w:t>
            </w:r>
          </w:p>
        </w:tc>
        <w:tc>
          <w:tcPr>
            <w:tcW w:type="dxa" w:w="454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6" w:lineRule="exact"/>
              <w:jc w:val="center"/>
            </w:pPr>
            <w:r>
              <w:rPr>
                <w:rFonts w:ascii="DejaVu Sans" w:hAnsi="DejaVu Sans" w:eastAsia="DejaVu Sans" w:cs="DejaVu Sans"/>
                <w:b w:val="0"/>
                <w:color w:val="182B39"/>
                <w:sz w:val="22"/>
              </w:rPr>
              <w:t>☐</w:t>
            </w:r>
          </w:p>
        </w:tc>
        <w:tc>
          <w:tcPr>
            <w:tcW w:type="dxa" w:w="3572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6" w:lineRule="exact"/>
            </w:pPr>
          </w:p>
        </w:tc>
      </w:tr>
      <w:tr>
        <w:trPr>
          <w:cantSplit/>
          <w:trHeight w:val="544" w:hRule="atLeast"/>
        </w:trPr>
        <w:tc>
          <w:tcPr>
            <w:tcW w:type="dxa" w:w="369"/>
            <w:vAlign w:val="center"/>
            <w:tcMar>
              <w:top w:w="22" w:type="dxa"/>
              <w:bottom w:w="22" w:type="dxa"/>
              <w:left w:w="26" w:type="dxa"/>
              <w:right w:w="26" w:type="dxa"/>
            </w:tcMar>
          </w:tcPr>
          <w:p>
            <w:pPr>
              <w:keepNext w:val="0"/>
              <w:keepLines w:val="0"/>
              <w:widowControl w:val="0"/>
              <w:spacing w:after="0" w:before="0" w:line="226" w:lineRule="exact"/>
              <w:jc w:val="center"/>
            </w:pPr>
            <w:r>
              <w:rPr>
                <w:rFonts w:ascii="Carlito" w:hAnsi="Carlito" w:eastAsia="Carlito" w:cs="Carlito"/>
                <w:b w:val="0"/>
                <w:color w:val="506373"/>
                <w:sz w:val="19"/>
              </w:rPr>
              <w:t>2</w:t>
            </w:r>
          </w:p>
        </w:tc>
        <w:tc>
          <w:tcPr>
            <w:tcW w:type="dxa" w:w="4337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6" w:lineRule="exact"/>
            </w:pPr>
            <w:r>
              <w:rPr>
                <w:rFonts w:ascii="Carlito" w:hAnsi="Carlito" w:eastAsia="Carlito" w:cs="Carlito"/>
                <w:b w:val="0"/>
                <w:color w:val="182B39"/>
                <w:sz w:val="19"/>
              </w:rPr>
              <w:t>Problem durumu, amaç ve araştırma sorularının geliştirilmesi</w:t>
            </w:r>
          </w:p>
        </w:tc>
        <w:tc>
          <w:tcPr>
            <w:tcW w:type="dxa" w:w="454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6" w:lineRule="exact"/>
              <w:jc w:val="center"/>
            </w:pPr>
            <w:r>
              <w:rPr>
                <w:rFonts w:ascii="DejaVu Sans" w:hAnsi="DejaVu Sans" w:eastAsia="DejaVu Sans" w:cs="DejaVu Sans"/>
                <w:b w:val="0"/>
                <w:color w:val="182B39"/>
                <w:sz w:val="22"/>
              </w:rPr>
              <w:t>☐</w:t>
            </w:r>
          </w:p>
        </w:tc>
        <w:tc>
          <w:tcPr>
            <w:tcW w:type="dxa" w:w="454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6" w:lineRule="exact"/>
              <w:jc w:val="center"/>
            </w:pPr>
            <w:r>
              <w:rPr>
                <w:rFonts w:ascii="DejaVu Sans" w:hAnsi="DejaVu Sans" w:eastAsia="DejaVu Sans" w:cs="DejaVu Sans"/>
                <w:b w:val="0"/>
                <w:color w:val="182B39"/>
                <w:sz w:val="22"/>
              </w:rPr>
              <w:t>☐</w:t>
            </w:r>
          </w:p>
        </w:tc>
        <w:tc>
          <w:tcPr>
            <w:tcW w:type="dxa" w:w="454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6" w:lineRule="exact"/>
              <w:jc w:val="center"/>
            </w:pPr>
            <w:r>
              <w:rPr>
                <w:rFonts w:ascii="DejaVu Sans" w:hAnsi="DejaVu Sans" w:eastAsia="DejaVu Sans" w:cs="DejaVu Sans"/>
                <w:b w:val="0"/>
                <w:color w:val="182B39"/>
                <w:sz w:val="22"/>
              </w:rPr>
              <w:t>☐</w:t>
            </w:r>
          </w:p>
        </w:tc>
        <w:tc>
          <w:tcPr>
            <w:tcW w:type="dxa" w:w="454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6" w:lineRule="exact"/>
              <w:jc w:val="center"/>
            </w:pPr>
            <w:r>
              <w:rPr>
                <w:rFonts w:ascii="DejaVu Sans" w:hAnsi="DejaVu Sans" w:eastAsia="DejaVu Sans" w:cs="DejaVu Sans"/>
                <w:b w:val="0"/>
                <w:color w:val="182B39"/>
                <w:sz w:val="22"/>
              </w:rPr>
              <w:t>☐</w:t>
            </w:r>
          </w:p>
        </w:tc>
        <w:tc>
          <w:tcPr>
            <w:tcW w:type="dxa" w:w="3572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6" w:lineRule="exact"/>
            </w:pPr>
          </w:p>
        </w:tc>
      </w:tr>
      <w:tr>
        <w:trPr>
          <w:cantSplit/>
          <w:trHeight w:val="544" w:hRule="atLeast"/>
        </w:trPr>
        <w:tc>
          <w:tcPr>
            <w:tcW w:type="dxa" w:w="369"/>
            <w:vAlign w:val="center"/>
            <w:tcMar>
              <w:top w:w="22" w:type="dxa"/>
              <w:bottom w:w="22" w:type="dxa"/>
              <w:left w:w="26" w:type="dxa"/>
              <w:right w:w="26" w:type="dxa"/>
            </w:tcMar>
          </w:tcPr>
          <w:p>
            <w:pPr>
              <w:keepNext w:val="0"/>
              <w:keepLines w:val="0"/>
              <w:widowControl w:val="0"/>
              <w:spacing w:after="0" w:before="0" w:line="226" w:lineRule="exact"/>
              <w:jc w:val="center"/>
            </w:pPr>
            <w:r>
              <w:rPr>
                <w:rFonts w:ascii="Carlito" w:hAnsi="Carlito" w:eastAsia="Carlito" w:cs="Carlito"/>
                <w:b w:val="0"/>
                <w:color w:val="506373"/>
                <w:sz w:val="19"/>
              </w:rPr>
              <w:t>3</w:t>
            </w:r>
          </w:p>
        </w:tc>
        <w:tc>
          <w:tcPr>
            <w:tcW w:type="dxa" w:w="4337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6" w:lineRule="exact"/>
            </w:pPr>
            <w:r>
              <w:rPr>
                <w:rFonts w:ascii="Carlito" w:hAnsi="Carlito" w:eastAsia="Carlito" w:cs="Carlito"/>
                <w:b w:val="0"/>
                <w:color w:val="182B39"/>
                <w:sz w:val="19"/>
              </w:rPr>
              <w:t>Literatür taraması ve kaynakların düzenlenmesi</w:t>
            </w:r>
          </w:p>
        </w:tc>
        <w:tc>
          <w:tcPr>
            <w:tcW w:type="dxa" w:w="454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6" w:lineRule="exact"/>
              <w:jc w:val="center"/>
            </w:pPr>
            <w:r>
              <w:rPr>
                <w:rFonts w:ascii="DejaVu Sans" w:hAnsi="DejaVu Sans" w:eastAsia="DejaVu Sans" w:cs="DejaVu Sans"/>
                <w:b w:val="0"/>
                <w:color w:val="182B39"/>
                <w:sz w:val="22"/>
              </w:rPr>
              <w:t>☐</w:t>
            </w:r>
          </w:p>
        </w:tc>
        <w:tc>
          <w:tcPr>
            <w:tcW w:type="dxa" w:w="454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6" w:lineRule="exact"/>
              <w:jc w:val="center"/>
            </w:pPr>
            <w:r>
              <w:rPr>
                <w:rFonts w:ascii="DejaVu Sans" w:hAnsi="DejaVu Sans" w:eastAsia="DejaVu Sans" w:cs="DejaVu Sans"/>
                <w:b w:val="0"/>
                <w:color w:val="182B39"/>
                <w:sz w:val="22"/>
              </w:rPr>
              <w:t>☐</w:t>
            </w:r>
          </w:p>
        </w:tc>
        <w:tc>
          <w:tcPr>
            <w:tcW w:type="dxa" w:w="454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6" w:lineRule="exact"/>
              <w:jc w:val="center"/>
            </w:pPr>
            <w:r>
              <w:rPr>
                <w:rFonts w:ascii="DejaVu Sans" w:hAnsi="DejaVu Sans" w:eastAsia="DejaVu Sans" w:cs="DejaVu Sans"/>
                <w:b w:val="0"/>
                <w:color w:val="182B39"/>
                <w:sz w:val="22"/>
              </w:rPr>
              <w:t>☐</w:t>
            </w:r>
          </w:p>
        </w:tc>
        <w:tc>
          <w:tcPr>
            <w:tcW w:type="dxa" w:w="454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6" w:lineRule="exact"/>
              <w:jc w:val="center"/>
            </w:pPr>
            <w:r>
              <w:rPr>
                <w:rFonts w:ascii="DejaVu Sans" w:hAnsi="DejaVu Sans" w:eastAsia="DejaVu Sans" w:cs="DejaVu Sans"/>
                <w:b w:val="0"/>
                <w:color w:val="182B39"/>
                <w:sz w:val="22"/>
              </w:rPr>
              <w:t>☐</w:t>
            </w:r>
          </w:p>
        </w:tc>
        <w:tc>
          <w:tcPr>
            <w:tcW w:type="dxa" w:w="3572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6" w:lineRule="exact"/>
            </w:pPr>
          </w:p>
        </w:tc>
      </w:tr>
      <w:tr>
        <w:trPr>
          <w:cantSplit/>
          <w:trHeight w:val="544" w:hRule="atLeast"/>
        </w:trPr>
        <w:tc>
          <w:tcPr>
            <w:tcW w:type="dxa" w:w="369"/>
            <w:vAlign w:val="center"/>
            <w:tcMar>
              <w:top w:w="22" w:type="dxa"/>
              <w:bottom w:w="22" w:type="dxa"/>
              <w:left w:w="26" w:type="dxa"/>
              <w:right w:w="26" w:type="dxa"/>
            </w:tcMar>
          </w:tcPr>
          <w:p>
            <w:pPr>
              <w:keepNext w:val="0"/>
              <w:keepLines w:val="0"/>
              <w:widowControl w:val="0"/>
              <w:spacing w:after="0" w:before="0" w:line="226" w:lineRule="exact"/>
              <w:jc w:val="center"/>
            </w:pPr>
            <w:r>
              <w:rPr>
                <w:rFonts w:ascii="Carlito" w:hAnsi="Carlito" w:eastAsia="Carlito" w:cs="Carlito"/>
                <w:b w:val="0"/>
                <w:color w:val="506373"/>
                <w:sz w:val="19"/>
              </w:rPr>
              <w:t>4</w:t>
            </w:r>
          </w:p>
        </w:tc>
        <w:tc>
          <w:tcPr>
            <w:tcW w:type="dxa" w:w="4337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6" w:lineRule="exact"/>
            </w:pPr>
            <w:r>
              <w:rPr>
                <w:rFonts w:ascii="Carlito" w:hAnsi="Carlito" w:eastAsia="Carlito" w:cs="Carlito"/>
                <w:b w:val="0"/>
                <w:color w:val="182B39"/>
                <w:sz w:val="19"/>
              </w:rPr>
              <w:t>Kuramsal / kavramsal çerçevenin oluşturulması</w:t>
            </w:r>
          </w:p>
        </w:tc>
        <w:tc>
          <w:tcPr>
            <w:tcW w:type="dxa" w:w="454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6" w:lineRule="exact"/>
              <w:jc w:val="center"/>
            </w:pPr>
            <w:r>
              <w:rPr>
                <w:rFonts w:ascii="DejaVu Sans" w:hAnsi="DejaVu Sans" w:eastAsia="DejaVu Sans" w:cs="DejaVu Sans"/>
                <w:b w:val="0"/>
                <w:color w:val="182B39"/>
                <w:sz w:val="22"/>
              </w:rPr>
              <w:t>☐</w:t>
            </w:r>
          </w:p>
        </w:tc>
        <w:tc>
          <w:tcPr>
            <w:tcW w:type="dxa" w:w="454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6" w:lineRule="exact"/>
              <w:jc w:val="center"/>
            </w:pPr>
            <w:r>
              <w:rPr>
                <w:rFonts w:ascii="DejaVu Sans" w:hAnsi="DejaVu Sans" w:eastAsia="DejaVu Sans" w:cs="DejaVu Sans"/>
                <w:b w:val="0"/>
                <w:color w:val="182B39"/>
                <w:sz w:val="22"/>
              </w:rPr>
              <w:t>☐</w:t>
            </w:r>
          </w:p>
        </w:tc>
        <w:tc>
          <w:tcPr>
            <w:tcW w:type="dxa" w:w="454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6" w:lineRule="exact"/>
              <w:jc w:val="center"/>
            </w:pPr>
            <w:r>
              <w:rPr>
                <w:rFonts w:ascii="DejaVu Sans" w:hAnsi="DejaVu Sans" w:eastAsia="DejaVu Sans" w:cs="DejaVu Sans"/>
                <w:b w:val="0"/>
                <w:color w:val="182B39"/>
                <w:sz w:val="22"/>
              </w:rPr>
              <w:t>☐</w:t>
            </w:r>
          </w:p>
        </w:tc>
        <w:tc>
          <w:tcPr>
            <w:tcW w:type="dxa" w:w="454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6" w:lineRule="exact"/>
              <w:jc w:val="center"/>
            </w:pPr>
            <w:r>
              <w:rPr>
                <w:rFonts w:ascii="DejaVu Sans" w:hAnsi="DejaVu Sans" w:eastAsia="DejaVu Sans" w:cs="DejaVu Sans"/>
                <w:b w:val="0"/>
                <w:color w:val="182B39"/>
                <w:sz w:val="22"/>
              </w:rPr>
              <w:t>☐</w:t>
            </w:r>
          </w:p>
        </w:tc>
        <w:tc>
          <w:tcPr>
            <w:tcW w:type="dxa" w:w="3572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6" w:lineRule="exact"/>
            </w:pPr>
          </w:p>
        </w:tc>
      </w:tr>
      <w:tr>
        <w:trPr>
          <w:cantSplit/>
          <w:trHeight w:val="544" w:hRule="atLeast"/>
        </w:trPr>
        <w:tc>
          <w:tcPr>
            <w:tcW w:type="dxa" w:w="369"/>
            <w:vAlign w:val="center"/>
            <w:tcMar>
              <w:top w:w="22" w:type="dxa"/>
              <w:bottom w:w="22" w:type="dxa"/>
              <w:left w:w="26" w:type="dxa"/>
              <w:right w:w="26" w:type="dxa"/>
            </w:tcMar>
          </w:tcPr>
          <w:p>
            <w:pPr>
              <w:keepNext w:val="0"/>
              <w:keepLines w:val="0"/>
              <w:widowControl w:val="0"/>
              <w:spacing w:after="0" w:before="0" w:line="226" w:lineRule="exact"/>
              <w:jc w:val="center"/>
            </w:pPr>
            <w:r>
              <w:rPr>
                <w:rFonts w:ascii="Carlito" w:hAnsi="Carlito" w:eastAsia="Carlito" w:cs="Carlito"/>
                <w:b w:val="0"/>
                <w:color w:val="506373"/>
                <w:sz w:val="19"/>
              </w:rPr>
              <w:t>5</w:t>
            </w:r>
          </w:p>
        </w:tc>
        <w:tc>
          <w:tcPr>
            <w:tcW w:type="dxa" w:w="4337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6" w:lineRule="exact"/>
            </w:pPr>
            <w:r>
              <w:rPr>
                <w:rFonts w:ascii="Carlito" w:hAnsi="Carlito" w:eastAsia="Carlito" w:cs="Carlito"/>
                <w:b w:val="0"/>
                <w:color w:val="182B39"/>
                <w:sz w:val="19"/>
              </w:rPr>
              <w:t>Araştırma yönteminin ve çalışma deseninin belirlenmesi</w:t>
            </w:r>
          </w:p>
        </w:tc>
        <w:tc>
          <w:tcPr>
            <w:tcW w:type="dxa" w:w="454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6" w:lineRule="exact"/>
              <w:jc w:val="center"/>
            </w:pPr>
            <w:r>
              <w:rPr>
                <w:rFonts w:ascii="DejaVu Sans" w:hAnsi="DejaVu Sans" w:eastAsia="DejaVu Sans" w:cs="DejaVu Sans"/>
                <w:b w:val="0"/>
                <w:color w:val="182B39"/>
                <w:sz w:val="22"/>
              </w:rPr>
              <w:t>☐</w:t>
            </w:r>
          </w:p>
        </w:tc>
        <w:tc>
          <w:tcPr>
            <w:tcW w:type="dxa" w:w="454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6" w:lineRule="exact"/>
              <w:jc w:val="center"/>
            </w:pPr>
            <w:r>
              <w:rPr>
                <w:rFonts w:ascii="DejaVu Sans" w:hAnsi="DejaVu Sans" w:eastAsia="DejaVu Sans" w:cs="DejaVu Sans"/>
                <w:b w:val="0"/>
                <w:color w:val="182B39"/>
                <w:sz w:val="22"/>
              </w:rPr>
              <w:t>☐</w:t>
            </w:r>
          </w:p>
        </w:tc>
        <w:tc>
          <w:tcPr>
            <w:tcW w:type="dxa" w:w="454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6" w:lineRule="exact"/>
              <w:jc w:val="center"/>
            </w:pPr>
            <w:r>
              <w:rPr>
                <w:rFonts w:ascii="DejaVu Sans" w:hAnsi="DejaVu Sans" w:eastAsia="DejaVu Sans" w:cs="DejaVu Sans"/>
                <w:b w:val="0"/>
                <w:color w:val="182B39"/>
                <w:sz w:val="22"/>
              </w:rPr>
              <w:t>☐</w:t>
            </w:r>
          </w:p>
        </w:tc>
        <w:tc>
          <w:tcPr>
            <w:tcW w:type="dxa" w:w="454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6" w:lineRule="exact"/>
              <w:jc w:val="center"/>
            </w:pPr>
            <w:r>
              <w:rPr>
                <w:rFonts w:ascii="DejaVu Sans" w:hAnsi="DejaVu Sans" w:eastAsia="DejaVu Sans" w:cs="DejaVu Sans"/>
                <w:b w:val="0"/>
                <w:color w:val="182B39"/>
                <w:sz w:val="22"/>
              </w:rPr>
              <w:t>☐</w:t>
            </w:r>
          </w:p>
        </w:tc>
        <w:tc>
          <w:tcPr>
            <w:tcW w:type="dxa" w:w="3572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6" w:lineRule="exact"/>
            </w:pPr>
          </w:p>
        </w:tc>
      </w:tr>
      <w:tr>
        <w:trPr>
          <w:cantSplit/>
          <w:trHeight w:val="544" w:hRule="atLeast"/>
        </w:trPr>
        <w:tc>
          <w:tcPr>
            <w:tcW w:type="dxa" w:w="369"/>
            <w:vAlign w:val="center"/>
            <w:tcMar>
              <w:top w:w="22" w:type="dxa"/>
              <w:bottom w:w="22" w:type="dxa"/>
              <w:left w:w="26" w:type="dxa"/>
              <w:right w:w="26" w:type="dxa"/>
            </w:tcMar>
          </w:tcPr>
          <w:p>
            <w:pPr>
              <w:keepNext w:val="0"/>
              <w:keepLines w:val="0"/>
              <w:widowControl w:val="0"/>
              <w:spacing w:after="0" w:before="0" w:line="226" w:lineRule="exact"/>
              <w:jc w:val="center"/>
            </w:pPr>
            <w:r>
              <w:rPr>
                <w:rFonts w:ascii="Carlito" w:hAnsi="Carlito" w:eastAsia="Carlito" w:cs="Carlito"/>
                <w:b w:val="0"/>
                <w:color w:val="506373"/>
                <w:sz w:val="19"/>
              </w:rPr>
              <w:t>6</w:t>
            </w:r>
          </w:p>
        </w:tc>
        <w:tc>
          <w:tcPr>
            <w:tcW w:type="dxa" w:w="4337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6" w:lineRule="exact"/>
            </w:pPr>
            <w:r>
              <w:rPr>
                <w:rFonts w:ascii="Carlito" w:hAnsi="Carlito" w:eastAsia="Carlito" w:cs="Carlito"/>
                <w:b w:val="0"/>
                <w:color w:val="182B39"/>
                <w:sz w:val="19"/>
              </w:rPr>
              <w:t>Etik kurul / kurum izinlerine ilişkin işlemler</w:t>
            </w:r>
          </w:p>
        </w:tc>
        <w:tc>
          <w:tcPr>
            <w:tcW w:type="dxa" w:w="454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6" w:lineRule="exact"/>
              <w:jc w:val="center"/>
            </w:pPr>
            <w:r>
              <w:rPr>
                <w:rFonts w:ascii="DejaVu Sans" w:hAnsi="DejaVu Sans" w:eastAsia="DejaVu Sans" w:cs="DejaVu Sans"/>
                <w:b w:val="0"/>
                <w:color w:val="182B39"/>
                <w:sz w:val="22"/>
              </w:rPr>
              <w:t>☐</w:t>
            </w:r>
          </w:p>
        </w:tc>
        <w:tc>
          <w:tcPr>
            <w:tcW w:type="dxa" w:w="454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6" w:lineRule="exact"/>
              <w:jc w:val="center"/>
            </w:pPr>
            <w:r>
              <w:rPr>
                <w:rFonts w:ascii="DejaVu Sans" w:hAnsi="DejaVu Sans" w:eastAsia="DejaVu Sans" w:cs="DejaVu Sans"/>
                <w:b w:val="0"/>
                <w:color w:val="182B39"/>
                <w:sz w:val="22"/>
              </w:rPr>
              <w:t>☐</w:t>
            </w:r>
          </w:p>
        </w:tc>
        <w:tc>
          <w:tcPr>
            <w:tcW w:type="dxa" w:w="454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6" w:lineRule="exact"/>
              <w:jc w:val="center"/>
            </w:pPr>
            <w:r>
              <w:rPr>
                <w:rFonts w:ascii="DejaVu Sans" w:hAnsi="DejaVu Sans" w:eastAsia="DejaVu Sans" w:cs="DejaVu Sans"/>
                <w:b w:val="0"/>
                <w:color w:val="182B39"/>
                <w:sz w:val="22"/>
              </w:rPr>
              <w:t>☐</w:t>
            </w:r>
          </w:p>
        </w:tc>
        <w:tc>
          <w:tcPr>
            <w:tcW w:type="dxa" w:w="454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6" w:lineRule="exact"/>
              <w:jc w:val="center"/>
            </w:pPr>
            <w:r>
              <w:rPr>
                <w:rFonts w:ascii="DejaVu Sans" w:hAnsi="DejaVu Sans" w:eastAsia="DejaVu Sans" w:cs="DejaVu Sans"/>
                <w:b w:val="0"/>
                <w:color w:val="182B39"/>
                <w:sz w:val="22"/>
              </w:rPr>
              <w:t>☐</w:t>
            </w:r>
          </w:p>
        </w:tc>
        <w:tc>
          <w:tcPr>
            <w:tcW w:type="dxa" w:w="3572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6" w:lineRule="exact"/>
            </w:pPr>
          </w:p>
        </w:tc>
      </w:tr>
      <w:tr>
        <w:trPr>
          <w:cantSplit/>
          <w:trHeight w:val="544" w:hRule="atLeast"/>
        </w:trPr>
        <w:tc>
          <w:tcPr>
            <w:tcW w:type="dxa" w:w="369"/>
            <w:vAlign w:val="center"/>
            <w:tcMar>
              <w:top w:w="22" w:type="dxa"/>
              <w:bottom w:w="22" w:type="dxa"/>
              <w:left w:w="26" w:type="dxa"/>
              <w:right w:w="26" w:type="dxa"/>
            </w:tcMar>
          </w:tcPr>
          <w:p>
            <w:pPr>
              <w:keepNext w:val="0"/>
              <w:keepLines w:val="0"/>
              <w:widowControl w:val="0"/>
              <w:spacing w:after="0" w:before="0" w:line="226" w:lineRule="exact"/>
              <w:jc w:val="center"/>
            </w:pPr>
            <w:r>
              <w:rPr>
                <w:rFonts w:ascii="Carlito" w:hAnsi="Carlito" w:eastAsia="Carlito" w:cs="Carlito"/>
                <w:b w:val="0"/>
                <w:color w:val="506373"/>
                <w:sz w:val="19"/>
              </w:rPr>
              <w:t>7</w:t>
            </w:r>
          </w:p>
        </w:tc>
        <w:tc>
          <w:tcPr>
            <w:tcW w:type="dxa" w:w="4337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6" w:lineRule="exact"/>
            </w:pPr>
            <w:r>
              <w:rPr>
                <w:rFonts w:ascii="Carlito" w:hAnsi="Carlito" w:eastAsia="Carlito" w:cs="Carlito"/>
                <w:b w:val="0"/>
                <w:color w:val="182B39"/>
                <w:sz w:val="19"/>
              </w:rPr>
              <w:t>Veri toplama aracının geliştirilmesi / uyarlanması</w:t>
            </w:r>
          </w:p>
        </w:tc>
        <w:tc>
          <w:tcPr>
            <w:tcW w:type="dxa" w:w="454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6" w:lineRule="exact"/>
              <w:jc w:val="center"/>
            </w:pPr>
            <w:r>
              <w:rPr>
                <w:rFonts w:ascii="DejaVu Sans" w:hAnsi="DejaVu Sans" w:eastAsia="DejaVu Sans" w:cs="DejaVu Sans"/>
                <w:b w:val="0"/>
                <w:color w:val="182B39"/>
                <w:sz w:val="22"/>
              </w:rPr>
              <w:t>☐</w:t>
            </w:r>
          </w:p>
        </w:tc>
        <w:tc>
          <w:tcPr>
            <w:tcW w:type="dxa" w:w="454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6" w:lineRule="exact"/>
              <w:jc w:val="center"/>
            </w:pPr>
            <w:r>
              <w:rPr>
                <w:rFonts w:ascii="DejaVu Sans" w:hAnsi="DejaVu Sans" w:eastAsia="DejaVu Sans" w:cs="DejaVu Sans"/>
                <w:b w:val="0"/>
                <w:color w:val="182B39"/>
                <w:sz w:val="22"/>
              </w:rPr>
              <w:t>☐</w:t>
            </w:r>
          </w:p>
        </w:tc>
        <w:tc>
          <w:tcPr>
            <w:tcW w:type="dxa" w:w="454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6" w:lineRule="exact"/>
              <w:jc w:val="center"/>
            </w:pPr>
            <w:r>
              <w:rPr>
                <w:rFonts w:ascii="DejaVu Sans" w:hAnsi="DejaVu Sans" w:eastAsia="DejaVu Sans" w:cs="DejaVu Sans"/>
                <w:b w:val="0"/>
                <w:color w:val="182B39"/>
                <w:sz w:val="22"/>
              </w:rPr>
              <w:t>☐</w:t>
            </w:r>
          </w:p>
        </w:tc>
        <w:tc>
          <w:tcPr>
            <w:tcW w:type="dxa" w:w="454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6" w:lineRule="exact"/>
              <w:jc w:val="center"/>
            </w:pPr>
            <w:r>
              <w:rPr>
                <w:rFonts w:ascii="DejaVu Sans" w:hAnsi="DejaVu Sans" w:eastAsia="DejaVu Sans" w:cs="DejaVu Sans"/>
                <w:b w:val="0"/>
                <w:color w:val="182B39"/>
                <w:sz w:val="22"/>
              </w:rPr>
              <w:t>☐</w:t>
            </w:r>
          </w:p>
        </w:tc>
        <w:tc>
          <w:tcPr>
            <w:tcW w:type="dxa" w:w="3572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6" w:lineRule="exact"/>
            </w:pPr>
          </w:p>
        </w:tc>
      </w:tr>
      <w:tr>
        <w:trPr>
          <w:cantSplit/>
          <w:trHeight w:val="544" w:hRule="atLeast"/>
        </w:trPr>
        <w:tc>
          <w:tcPr>
            <w:tcW w:type="dxa" w:w="369"/>
            <w:vAlign w:val="center"/>
            <w:tcMar>
              <w:top w:w="22" w:type="dxa"/>
              <w:bottom w:w="22" w:type="dxa"/>
              <w:left w:w="26" w:type="dxa"/>
              <w:right w:w="26" w:type="dxa"/>
            </w:tcMar>
          </w:tcPr>
          <w:p>
            <w:pPr>
              <w:keepNext w:val="0"/>
              <w:keepLines w:val="0"/>
              <w:widowControl w:val="0"/>
              <w:spacing w:after="0" w:before="0" w:line="226" w:lineRule="exact"/>
              <w:jc w:val="center"/>
            </w:pPr>
            <w:r>
              <w:rPr>
                <w:rFonts w:ascii="Carlito" w:hAnsi="Carlito" w:eastAsia="Carlito" w:cs="Carlito"/>
                <w:b w:val="0"/>
                <w:color w:val="506373"/>
                <w:sz w:val="19"/>
              </w:rPr>
              <w:t>8</w:t>
            </w:r>
          </w:p>
        </w:tc>
        <w:tc>
          <w:tcPr>
            <w:tcW w:type="dxa" w:w="4337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6" w:lineRule="exact"/>
            </w:pPr>
            <w:r>
              <w:rPr>
                <w:rFonts w:ascii="Carlito" w:hAnsi="Carlito" w:eastAsia="Carlito" w:cs="Carlito"/>
                <w:b w:val="0"/>
                <w:color w:val="182B39"/>
                <w:sz w:val="19"/>
              </w:rPr>
              <w:t>Veri toplama / uygulama sürecinin yürütülmesi</w:t>
            </w:r>
          </w:p>
        </w:tc>
        <w:tc>
          <w:tcPr>
            <w:tcW w:type="dxa" w:w="454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6" w:lineRule="exact"/>
              <w:jc w:val="center"/>
            </w:pPr>
            <w:r>
              <w:rPr>
                <w:rFonts w:ascii="DejaVu Sans" w:hAnsi="DejaVu Sans" w:eastAsia="DejaVu Sans" w:cs="DejaVu Sans"/>
                <w:b w:val="0"/>
                <w:color w:val="182B39"/>
                <w:sz w:val="22"/>
              </w:rPr>
              <w:t>☐</w:t>
            </w:r>
          </w:p>
        </w:tc>
        <w:tc>
          <w:tcPr>
            <w:tcW w:type="dxa" w:w="454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6" w:lineRule="exact"/>
              <w:jc w:val="center"/>
            </w:pPr>
            <w:r>
              <w:rPr>
                <w:rFonts w:ascii="DejaVu Sans" w:hAnsi="DejaVu Sans" w:eastAsia="DejaVu Sans" w:cs="DejaVu Sans"/>
                <w:b w:val="0"/>
                <w:color w:val="182B39"/>
                <w:sz w:val="22"/>
              </w:rPr>
              <w:t>☐</w:t>
            </w:r>
          </w:p>
        </w:tc>
        <w:tc>
          <w:tcPr>
            <w:tcW w:type="dxa" w:w="454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6" w:lineRule="exact"/>
              <w:jc w:val="center"/>
            </w:pPr>
            <w:r>
              <w:rPr>
                <w:rFonts w:ascii="DejaVu Sans" w:hAnsi="DejaVu Sans" w:eastAsia="DejaVu Sans" w:cs="DejaVu Sans"/>
                <w:b w:val="0"/>
                <w:color w:val="182B39"/>
                <w:sz w:val="22"/>
              </w:rPr>
              <w:t>☐</w:t>
            </w:r>
          </w:p>
        </w:tc>
        <w:tc>
          <w:tcPr>
            <w:tcW w:type="dxa" w:w="454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6" w:lineRule="exact"/>
              <w:jc w:val="center"/>
            </w:pPr>
            <w:r>
              <w:rPr>
                <w:rFonts w:ascii="DejaVu Sans" w:hAnsi="DejaVu Sans" w:eastAsia="DejaVu Sans" w:cs="DejaVu Sans"/>
                <w:b w:val="0"/>
                <w:color w:val="182B39"/>
                <w:sz w:val="22"/>
              </w:rPr>
              <w:t>☐</w:t>
            </w:r>
          </w:p>
        </w:tc>
        <w:tc>
          <w:tcPr>
            <w:tcW w:type="dxa" w:w="3572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6" w:lineRule="exact"/>
            </w:pPr>
          </w:p>
        </w:tc>
      </w:tr>
      <w:tr>
        <w:trPr>
          <w:cantSplit/>
          <w:trHeight w:val="544" w:hRule="atLeast"/>
        </w:trPr>
        <w:tc>
          <w:tcPr>
            <w:tcW w:type="dxa" w:w="369"/>
            <w:vAlign w:val="center"/>
            <w:tcMar>
              <w:top w:w="22" w:type="dxa"/>
              <w:bottom w:w="22" w:type="dxa"/>
              <w:left w:w="26" w:type="dxa"/>
              <w:right w:w="26" w:type="dxa"/>
            </w:tcMar>
          </w:tcPr>
          <w:p>
            <w:pPr>
              <w:keepNext w:val="0"/>
              <w:keepLines w:val="0"/>
              <w:widowControl w:val="0"/>
              <w:spacing w:after="0" w:before="0" w:line="226" w:lineRule="exact"/>
              <w:jc w:val="center"/>
            </w:pPr>
            <w:r>
              <w:rPr>
                <w:rFonts w:ascii="Carlito" w:hAnsi="Carlito" w:eastAsia="Carlito" w:cs="Carlito"/>
                <w:b w:val="0"/>
                <w:color w:val="506373"/>
                <w:sz w:val="19"/>
              </w:rPr>
              <w:t>9</w:t>
            </w:r>
          </w:p>
        </w:tc>
        <w:tc>
          <w:tcPr>
            <w:tcW w:type="dxa" w:w="4337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6" w:lineRule="exact"/>
            </w:pPr>
            <w:r>
              <w:rPr>
                <w:rFonts w:ascii="Carlito" w:hAnsi="Carlito" w:eastAsia="Carlito" w:cs="Carlito"/>
                <w:b w:val="0"/>
                <w:color w:val="182B39"/>
                <w:sz w:val="19"/>
              </w:rPr>
              <w:t>Veri analizlerinin gerçekleştirilmesi</w:t>
            </w:r>
          </w:p>
        </w:tc>
        <w:tc>
          <w:tcPr>
            <w:tcW w:type="dxa" w:w="454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6" w:lineRule="exact"/>
              <w:jc w:val="center"/>
            </w:pPr>
            <w:r>
              <w:rPr>
                <w:rFonts w:ascii="DejaVu Sans" w:hAnsi="DejaVu Sans" w:eastAsia="DejaVu Sans" w:cs="DejaVu Sans"/>
                <w:b w:val="0"/>
                <w:color w:val="182B39"/>
                <w:sz w:val="22"/>
              </w:rPr>
              <w:t>☐</w:t>
            </w:r>
          </w:p>
        </w:tc>
        <w:tc>
          <w:tcPr>
            <w:tcW w:type="dxa" w:w="454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6" w:lineRule="exact"/>
              <w:jc w:val="center"/>
            </w:pPr>
            <w:r>
              <w:rPr>
                <w:rFonts w:ascii="DejaVu Sans" w:hAnsi="DejaVu Sans" w:eastAsia="DejaVu Sans" w:cs="DejaVu Sans"/>
                <w:b w:val="0"/>
                <w:color w:val="182B39"/>
                <w:sz w:val="22"/>
              </w:rPr>
              <w:t>☐</w:t>
            </w:r>
          </w:p>
        </w:tc>
        <w:tc>
          <w:tcPr>
            <w:tcW w:type="dxa" w:w="454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6" w:lineRule="exact"/>
              <w:jc w:val="center"/>
            </w:pPr>
            <w:r>
              <w:rPr>
                <w:rFonts w:ascii="DejaVu Sans" w:hAnsi="DejaVu Sans" w:eastAsia="DejaVu Sans" w:cs="DejaVu Sans"/>
                <w:b w:val="0"/>
                <w:color w:val="182B39"/>
                <w:sz w:val="22"/>
              </w:rPr>
              <w:t>☐</w:t>
            </w:r>
          </w:p>
        </w:tc>
        <w:tc>
          <w:tcPr>
            <w:tcW w:type="dxa" w:w="454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6" w:lineRule="exact"/>
              <w:jc w:val="center"/>
            </w:pPr>
            <w:r>
              <w:rPr>
                <w:rFonts w:ascii="DejaVu Sans" w:hAnsi="DejaVu Sans" w:eastAsia="DejaVu Sans" w:cs="DejaVu Sans"/>
                <w:b w:val="0"/>
                <w:color w:val="182B39"/>
                <w:sz w:val="22"/>
              </w:rPr>
              <w:t>☐</w:t>
            </w:r>
          </w:p>
        </w:tc>
        <w:tc>
          <w:tcPr>
            <w:tcW w:type="dxa" w:w="3572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6" w:lineRule="exact"/>
            </w:pPr>
          </w:p>
        </w:tc>
      </w:tr>
      <w:tr>
        <w:trPr>
          <w:cantSplit/>
          <w:trHeight w:val="544" w:hRule="atLeast"/>
        </w:trPr>
        <w:tc>
          <w:tcPr>
            <w:tcW w:type="dxa" w:w="369"/>
            <w:vAlign w:val="center"/>
            <w:tcMar>
              <w:top w:w="22" w:type="dxa"/>
              <w:bottom w:w="22" w:type="dxa"/>
              <w:left w:w="26" w:type="dxa"/>
              <w:right w:w="26" w:type="dxa"/>
            </w:tcMar>
          </w:tcPr>
          <w:p>
            <w:pPr>
              <w:keepNext w:val="0"/>
              <w:keepLines w:val="0"/>
              <w:widowControl w:val="0"/>
              <w:spacing w:after="0" w:before="0" w:line="226" w:lineRule="exact"/>
              <w:jc w:val="center"/>
            </w:pPr>
            <w:r>
              <w:rPr>
                <w:rFonts w:ascii="Carlito" w:hAnsi="Carlito" w:eastAsia="Carlito" w:cs="Carlito"/>
                <w:b w:val="0"/>
                <w:color w:val="506373"/>
                <w:sz w:val="19"/>
              </w:rPr>
              <w:t>10</w:t>
            </w:r>
          </w:p>
        </w:tc>
        <w:tc>
          <w:tcPr>
            <w:tcW w:type="dxa" w:w="4337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6" w:lineRule="exact"/>
            </w:pPr>
            <w:r>
              <w:rPr>
                <w:rFonts w:ascii="Carlito" w:hAnsi="Carlito" w:eastAsia="Carlito" w:cs="Carlito"/>
                <w:b w:val="0"/>
                <w:color w:val="182B39"/>
                <w:sz w:val="19"/>
              </w:rPr>
              <w:t>Tez bölümlerinin yazılması / gözden geçirilmesi</w:t>
            </w:r>
          </w:p>
        </w:tc>
        <w:tc>
          <w:tcPr>
            <w:tcW w:type="dxa" w:w="454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6" w:lineRule="exact"/>
              <w:jc w:val="center"/>
            </w:pPr>
            <w:r>
              <w:rPr>
                <w:rFonts w:ascii="DejaVu Sans" w:hAnsi="DejaVu Sans" w:eastAsia="DejaVu Sans" w:cs="DejaVu Sans"/>
                <w:b w:val="0"/>
                <w:color w:val="182B39"/>
                <w:sz w:val="22"/>
              </w:rPr>
              <w:t>☐</w:t>
            </w:r>
          </w:p>
        </w:tc>
        <w:tc>
          <w:tcPr>
            <w:tcW w:type="dxa" w:w="454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6" w:lineRule="exact"/>
              <w:jc w:val="center"/>
            </w:pPr>
            <w:r>
              <w:rPr>
                <w:rFonts w:ascii="DejaVu Sans" w:hAnsi="DejaVu Sans" w:eastAsia="DejaVu Sans" w:cs="DejaVu Sans"/>
                <w:b w:val="0"/>
                <w:color w:val="182B39"/>
                <w:sz w:val="22"/>
              </w:rPr>
              <w:t>☐</w:t>
            </w:r>
          </w:p>
        </w:tc>
        <w:tc>
          <w:tcPr>
            <w:tcW w:type="dxa" w:w="454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6" w:lineRule="exact"/>
              <w:jc w:val="center"/>
            </w:pPr>
            <w:r>
              <w:rPr>
                <w:rFonts w:ascii="DejaVu Sans" w:hAnsi="DejaVu Sans" w:eastAsia="DejaVu Sans" w:cs="DejaVu Sans"/>
                <w:b w:val="0"/>
                <w:color w:val="182B39"/>
                <w:sz w:val="22"/>
              </w:rPr>
              <w:t>☐</w:t>
            </w:r>
          </w:p>
        </w:tc>
        <w:tc>
          <w:tcPr>
            <w:tcW w:type="dxa" w:w="454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6" w:lineRule="exact"/>
              <w:jc w:val="center"/>
            </w:pPr>
            <w:r>
              <w:rPr>
                <w:rFonts w:ascii="DejaVu Sans" w:hAnsi="DejaVu Sans" w:eastAsia="DejaVu Sans" w:cs="DejaVu Sans"/>
                <w:b w:val="0"/>
                <w:color w:val="182B39"/>
                <w:sz w:val="22"/>
              </w:rPr>
              <w:t>☐</w:t>
            </w:r>
          </w:p>
        </w:tc>
        <w:tc>
          <w:tcPr>
            <w:tcW w:type="dxa" w:w="3572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6" w:lineRule="exact"/>
            </w:pPr>
          </w:p>
        </w:tc>
      </w:tr>
      <w:tr>
        <w:trPr>
          <w:cantSplit/>
          <w:trHeight w:val="544" w:hRule="atLeast"/>
        </w:trPr>
        <w:tc>
          <w:tcPr>
            <w:tcW w:type="dxa" w:w="369"/>
            <w:vAlign w:val="center"/>
            <w:tcMar>
              <w:top w:w="22" w:type="dxa"/>
              <w:bottom w:w="22" w:type="dxa"/>
              <w:left w:w="26" w:type="dxa"/>
              <w:right w:w="26" w:type="dxa"/>
            </w:tcMar>
          </w:tcPr>
          <w:p>
            <w:pPr>
              <w:keepNext w:val="0"/>
              <w:keepLines w:val="0"/>
              <w:widowControl w:val="0"/>
              <w:spacing w:after="0" w:before="0" w:line="226" w:lineRule="exact"/>
              <w:jc w:val="center"/>
            </w:pPr>
            <w:r>
              <w:rPr>
                <w:rFonts w:ascii="Carlito" w:hAnsi="Carlito" w:eastAsia="Carlito" w:cs="Carlito"/>
                <w:b w:val="0"/>
                <w:color w:val="506373"/>
                <w:sz w:val="19"/>
              </w:rPr>
              <w:t>11</w:t>
            </w:r>
          </w:p>
        </w:tc>
        <w:tc>
          <w:tcPr>
            <w:tcW w:type="dxa" w:w="4337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6" w:lineRule="exact"/>
            </w:pPr>
            <w:r>
              <w:rPr>
                <w:rFonts w:ascii="Carlito" w:hAnsi="Carlito" w:eastAsia="Carlito" w:cs="Carlito"/>
                <w:b w:val="0"/>
                <w:color w:val="182B39"/>
                <w:sz w:val="19"/>
              </w:rPr>
              <w:t>Tam tez taslağının hazırlanması / güncellenmesi</w:t>
            </w:r>
          </w:p>
        </w:tc>
        <w:tc>
          <w:tcPr>
            <w:tcW w:type="dxa" w:w="454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6" w:lineRule="exact"/>
              <w:jc w:val="center"/>
            </w:pPr>
            <w:r>
              <w:rPr>
                <w:rFonts w:ascii="DejaVu Sans" w:hAnsi="DejaVu Sans" w:eastAsia="DejaVu Sans" w:cs="DejaVu Sans"/>
                <w:b w:val="0"/>
                <w:color w:val="182B39"/>
                <w:sz w:val="22"/>
              </w:rPr>
              <w:t>☐</w:t>
            </w:r>
          </w:p>
        </w:tc>
        <w:tc>
          <w:tcPr>
            <w:tcW w:type="dxa" w:w="454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6" w:lineRule="exact"/>
              <w:jc w:val="center"/>
            </w:pPr>
            <w:r>
              <w:rPr>
                <w:rFonts w:ascii="DejaVu Sans" w:hAnsi="DejaVu Sans" w:eastAsia="DejaVu Sans" w:cs="DejaVu Sans"/>
                <w:b w:val="0"/>
                <w:color w:val="182B39"/>
                <w:sz w:val="22"/>
              </w:rPr>
              <w:t>☐</w:t>
            </w:r>
          </w:p>
        </w:tc>
        <w:tc>
          <w:tcPr>
            <w:tcW w:type="dxa" w:w="454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6" w:lineRule="exact"/>
              <w:jc w:val="center"/>
            </w:pPr>
            <w:r>
              <w:rPr>
                <w:rFonts w:ascii="DejaVu Sans" w:hAnsi="DejaVu Sans" w:eastAsia="DejaVu Sans" w:cs="DejaVu Sans"/>
                <w:b w:val="0"/>
                <w:color w:val="182B39"/>
                <w:sz w:val="22"/>
              </w:rPr>
              <w:t>☐</w:t>
            </w:r>
          </w:p>
        </w:tc>
        <w:tc>
          <w:tcPr>
            <w:tcW w:type="dxa" w:w="454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6" w:lineRule="exact"/>
              <w:jc w:val="center"/>
            </w:pPr>
            <w:r>
              <w:rPr>
                <w:rFonts w:ascii="DejaVu Sans" w:hAnsi="DejaVu Sans" w:eastAsia="DejaVu Sans" w:cs="DejaVu Sans"/>
                <w:b w:val="0"/>
                <w:color w:val="182B39"/>
                <w:sz w:val="22"/>
              </w:rPr>
              <w:t>☐</w:t>
            </w:r>
          </w:p>
        </w:tc>
        <w:tc>
          <w:tcPr>
            <w:tcW w:type="dxa" w:w="3572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6" w:lineRule="exact"/>
            </w:pPr>
          </w:p>
        </w:tc>
      </w:tr>
      <w:tr>
        <w:trPr>
          <w:cantSplit/>
          <w:trHeight w:val="544" w:hRule="atLeast"/>
        </w:trPr>
        <w:tc>
          <w:tcPr>
            <w:tcW w:type="dxa" w:w="369"/>
            <w:vAlign w:val="center"/>
            <w:tcMar>
              <w:top w:w="22" w:type="dxa"/>
              <w:bottom w:w="22" w:type="dxa"/>
              <w:left w:w="26" w:type="dxa"/>
              <w:right w:w="26" w:type="dxa"/>
            </w:tcMar>
          </w:tcPr>
          <w:p>
            <w:pPr>
              <w:keepNext w:val="0"/>
              <w:keepLines w:val="0"/>
              <w:widowControl w:val="0"/>
              <w:spacing w:after="0" w:before="0" w:line="226" w:lineRule="exact"/>
              <w:jc w:val="center"/>
            </w:pPr>
            <w:r>
              <w:rPr>
                <w:rFonts w:ascii="Carlito" w:hAnsi="Carlito" w:eastAsia="Carlito" w:cs="Carlito"/>
                <w:b w:val="0"/>
                <w:color w:val="506373"/>
                <w:sz w:val="19"/>
              </w:rPr>
              <w:t>12</w:t>
            </w:r>
          </w:p>
        </w:tc>
        <w:tc>
          <w:tcPr>
            <w:tcW w:type="dxa" w:w="4337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6" w:lineRule="exact"/>
            </w:pPr>
            <w:r>
              <w:rPr>
                <w:rFonts w:ascii="Carlito" w:hAnsi="Carlito" w:eastAsia="Carlito" w:cs="Carlito"/>
                <w:b w:val="0"/>
                <w:color w:val="182B39"/>
                <w:sz w:val="19"/>
              </w:rPr>
              <w:t>Makale, bildiri veya proje çalışması</w:t>
            </w:r>
          </w:p>
        </w:tc>
        <w:tc>
          <w:tcPr>
            <w:tcW w:type="dxa" w:w="454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6" w:lineRule="exact"/>
              <w:jc w:val="center"/>
            </w:pPr>
            <w:r>
              <w:rPr>
                <w:rFonts w:ascii="DejaVu Sans" w:hAnsi="DejaVu Sans" w:eastAsia="DejaVu Sans" w:cs="DejaVu Sans"/>
                <w:b w:val="0"/>
                <w:color w:val="182B39"/>
                <w:sz w:val="22"/>
              </w:rPr>
              <w:t>☐</w:t>
            </w:r>
          </w:p>
        </w:tc>
        <w:tc>
          <w:tcPr>
            <w:tcW w:type="dxa" w:w="454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6" w:lineRule="exact"/>
              <w:jc w:val="center"/>
            </w:pPr>
            <w:r>
              <w:rPr>
                <w:rFonts w:ascii="DejaVu Sans" w:hAnsi="DejaVu Sans" w:eastAsia="DejaVu Sans" w:cs="DejaVu Sans"/>
                <w:b w:val="0"/>
                <w:color w:val="182B39"/>
                <w:sz w:val="22"/>
              </w:rPr>
              <w:t>☐</w:t>
            </w:r>
          </w:p>
        </w:tc>
        <w:tc>
          <w:tcPr>
            <w:tcW w:type="dxa" w:w="454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6" w:lineRule="exact"/>
              <w:jc w:val="center"/>
            </w:pPr>
            <w:r>
              <w:rPr>
                <w:rFonts w:ascii="DejaVu Sans" w:hAnsi="DejaVu Sans" w:eastAsia="DejaVu Sans" w:cs="DejaVu Sans"/>
                <w:b w:val="0"/>
                <w:color w:val="182B39"/>
                <w:sz w:val="22"/>
              </w:rPr>
              <w:t>☐</w:t>
            </w:r>
          </w:p>
        </w:tc>
        <w:tc>
          <w:tcPr>
            <w:tcW w:type="dxa" w:w="454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6" w:lineRule="exact"/>
              <w:jc w:val="center"/>
            </w:pPr>
            <w:r>
              <w:rPr>
                <w:rFonts w:ascii="DejaVu Sans" w:hAnsi="DejaVu Sans" w:eastAsia="DejaVu Sans" w:cs="DejaVu Sans"/>
                <w:b w:val="0"/>
                <w:color w:val="182B39"/>
                <w:sz w:val="22"/>
              </w:rPr>
              <w:t>☐</w:t>
            </w:r>
          </w:p>
        </w:tc>
        <w:tc>
          <w:tcPr>
            <w:tcW w:type="dxa" w:w="3572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6" w:lineRule="exact"/>
            </w:pPr>
          </w:p>
        </w:tc>
      </w:tr>
      <w:tr>
        <w:trPr>
          <w:cantSplit/>
          <w:trHeight w:val="544" w:hRule="atLeast"/>
        </w:trPr>
        <w:tc>
          <w:tcPr>
            <w:tcW w:type="dxa" w:w="369"/>
            <w:vAlign w:val="center"/>
            <w:tcMar>
              <w:top w:w="22" w:type="dxa"/>
              <w:bottom w:w="22" w:type="dxa"/>
              <w:left w:w="26" w:type="dxa"/>
              <w:right w:w="26" w:type="dxa"/>
            </w:tcMar>
          </w:tcPr>
          <w:p>
            <w:pPr>
              <w:keepNext w:val="0"/>
              <w:keepLines w:val="0"/>
              <w:widowControl w:val="0"/>
              <w:spacing w:after="0" w:before="0" w:line="226" w:lineRule="exact"/>
              <w:jc w:val="center"/>
            </w:pPr>
            <w:r>
              <w:rPr>
                <w:rFonts w:ascii="Carlito" w:hAnsi="Carlito" w:eastAsia="Carlito" w:cs="Carlito"/>
                <w:b w:val="0"/>
                <w:color w:val="506373"/>
                <w:sz w:val="19"/>
              </w:rPr>
              <w:t>13</w:t>
            </w:r>
          </w:p>
        </w:tc>
        <w:tc>
          <w:tcPr>
            <w:tcW w:type="dxa" w:w="4337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6" w:lineRule="exact"/>
            </w:pPr>
            <w:r>
              <w:rPr>
                <w:rFonts w:ascii="Carlito" w:hAnsi="Carlito" w:eastAsia="Carlito" w:cs="Carlito"/>
                <w:b w:val="0"/>
                <w:color w:val="182B39"/>
                <w:sz w:val="19"/>
              </w:rPr>
              <w:t>Danışman görüşmeleri ve geri bildirimlere göre düzeltmeler</w:t>
            </w:r>
          </w:p>
        </w:tc>
        <w:tc>
          <w:tcPr>
            <w:tcW w:type="dxa" w:w="454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6" w:lineRule="exact"/>
              <w:jc w:val="center"/>
            </w:pPr>
            <w:r>
              <w:rPr>
                <w:rFonts w:ascii="DejaVu Sans" w:hAnsi="DejaVu Sans" w:eastAsia="DejaVu Sans" w:cs="DejaVu Sans"/>
                <w:b w:val="0"/>
                <w:color w:val="182B39"/>
                <w:sz w:val="22"/>
              </w:rPr>
              <w:t>☐</w:t>
            </w:r>
          </w:p>
        </w:tc>
        <w:tc>
          <w:tcPr>
            <w:tcW w:type="dxa" w:w="454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6" w:lineRule="exact"/>
              <w:jc w:val="center"/>
            </w:pPr>
            <w:r>
              <w:rPr>
                <w:rFonts w:ascii="DejaVu Sans" w:hAnsi="DejaVu Sans" w:eastAsia="DejaVu Sans" w:cs="DejaVu Sans"/>
                <w:b w:val="0"/>
                <w:color w:val="182B39"/>
                <w:sz w:val="22"/>
              </w:rPr>
              <w:t>☐</w:t>
            </w:r>
          </w:p>
        </w:tc>
        <w:tc>
          <w:tcPr>
            <w:tcW w:type="dxa" w:w="454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6" w:lineRule="exact"/>
              <w:jc w:val="center"/>
            </w:pPr>
            <w:r>
              <w:rPr>
                <w:rFonts w:ascii="DejaVu Sans" w:hAnsi="DejaVu Sans" w:eastAsia="DejaVu Sans" w:cs="DejaVu Sans"/>
                <w:b w:val="0"/>
                <w:color w:val="182B39"/>
                <w:sz w:val="22"/>
              </w:rPr>
              <w:t>☐</w:t>
            </w:r>
          </w:p>
        </w:tc>
        <w:tc>
          <w:tcPr>
            <w:tcW w:type="dxa" w:w="454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6" w:lineRule="exact"/>
              <w:jc w:val="center"/>
            </w:pPr>
            <w:r>
              <w:rPr>
                <w:rFonts w:ascii="DejaVu Sans" w:hAnsi="DejaVu Sans" w:eastAsia="DejaVu Sans" w:cs="DejaVu Sans"/>
                <w:b w:val="0"/>
                <w:color w:val="182B39"/>
                <w:sz w:val="22"/>
              </w:rPr>
              <w:t>☐</w:t>
            </w:r>
          </w:p>
        </w:tc>
        <w:tc>
          <w:tcPr>
            <w:tcW w:type="dxa" w:w="3572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6" w:lineRule="exact"/>
            </w:pPr>
          </w:p>
        </w:tc>
      </w:tr>
      <w:tr>
        <w:trPr>
          <w:cantSplit/>
          <w:trHeight w:val="544" w:hRule="atLeast"/>
        </w:trPr>
        <w:tc>
          <w:tcPr>
            <w:tcW w:type="dxa" w:w="369"/>
            <w:vAlign w:val="center"/>
            <w:tcMar>
              <w:top w:w="22" w:type="dxa"/>
              <w:bottom w:w="22" w:type="dxa"/>
              <w:left w:w="26" w:type="dxa"/>
              <w:right w:w="26" w:type="dxa"/>
            </w:tcMar>
          </w:tcPr>
          <w:p>
            <w:pPr>
              <w:keepNext w:val="0"/>
              <w:keepLines w:val="0"/>
              <w:widowControl w:val="0"/>
              <w:spacing w:after="0" w:before="0" w:line="226" w:lineRule="exact"/>
              <w:jc w:val="center"/>
            </w:pPr>
            <w:r>
              <w:rPr>
                <w:rFonts w:ascii="Carlito" w:hAnsi="Carlito" w:eastAsia="Carlito" w:cs="Carlito"/>
                <w:b w:val="0"/>
                <w:color w:val="506373"/>
                <w:sz w:val="19"/>
              </w:rPr>
              <w:t>14</w:t>
            </w:r>
          </w:p>
        </w:tc>
        <w:tc>
          <w:tcPr>
            <w:tcW w:type="dxa" w:w="4337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6" w:lineRule="exact"/>
            </w:pPr>
            <w:r>
              <w:rPr>
                <w:rFonts w:ascii="Carlito" w:hAnsi="Carlito" w:eastAsia="Carlito" w:cs="Carlito"/>
                <w:b w:val="0"/>
                <w:color w:val="182B39"/>
                <w:sz w:val="19"/>
              </w:rPr>
              <w:t>Diğer (belirtiniz): ........................................................</w:t>
            </w:r>
          </w:p>
        </w:tc>
        <w:tc>
          <w:tcPr>
            <w:tcW w:type="dxa" w:w="454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6" w:lineRule="exact"/>
              <w:jc w:val="center"/>
            </w:pPr>
            <w:r>
              <w:rPr>
                <w:rFonts w:ascii="DejaVu Sans" w:hAnsi="DejaVu Sans" w:eastAsia="DejaVu Sans" w:cs="DejaVu Sans"/>
                <w:b w:val="0"/>
                <w:color w:val="182B39"/>
                <w:sz w:val="22"/>
              </w:rPr>
              <w:t>☐</w:t>
            </w:r>
          </w:p>
        </w:tc>
        <w:tc>
          <w:tcPr>
            <w:tcW w:type="dxa" w:w="454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6" w:lineRule="exact"/>
              <w:jc w:val="center"/>
            </w:pPr>
            <w:r>
              <w:rPr>
                <w:rFonts w:ascii="DejaVu Sans" w:hAnsi="DejaVu Sans" w:eastAsia="DejaVu Sans" w:cs="DejaVu Sans"/>
                <w:b w:val="0"/>
                <w:color w:val="182B39"/>
                <w:sz w:val="22"/>
              </w:rPr>
              <w:t>☐</w:t>
            </w:r>
          </w:p>
        </w:tc>
        <w:tc>
          <w:tcPr>
            <w:tcW w:type="dxa" w:w="454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6" w:lineRule="exact"/>
              <w:jc w:val="center"/>
            </w:pPr>
            <w:r>
              <w:rPr>
                <w:rFonts w:ascii="DejaVu Sans" w:hAnsi="DejaVu Sans" w:eastAsia="DejaVu Sans" w:cs="DejaVu Sans"/>
                <w:b w:val="0"/>
                <w:color w:val="182B39"/>
                <w:sz w:val="22"/>
              </w:rPr>
              <w:t>☐</w:t>
            </w:r>
          </w:p>
        </w:tc>
        <w:tc>
          <w:tcPr>
            <w:tcW w:type="dxa" w:w="454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6" w:lineRule="exact"/>
              <w:jc w:val="center"/>
            </w:pPr>
            <w:r>
              <w:rPr>
                <w:rFonts w:ascii="DejaVu Sans" w:hAnsi="DejaVu Sans" w:eastAsia="DejaVu Sans" w:cs="DejaVu Sans"/>
                <w:b w:val="0"/>
                <w:color w:val="182B39"/>
                <w:sz w:val="22"/>
              </w:rPr>
              <w:t>☐</w:t>
            </w:r>
          </w:p>
        </w:tc>
        <w:tc>
          <w:tcPr>
            <w:tcW w:type="dxa" w:w="3572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6" w:lineRule="exact"/>
            </w:pPr>
          </w:p>
        </w:tc>
      </w:tr>
    </w:tbl>
    <w:p>
      <w:pPr>
        <w:keepNext w:val="0"/>
        <w:keepLines w:val="0"/>
        <w:pageBreakBefore/>
        <w:widowControl w:val="0"/>
        <w:spacing w:after="60" w:before="0" w:line="210" w:lineRule="exact"/>
      </w:pPr>
      <w:r>
        <w:rPr>
          <w:rFonts w:ascii="Carlito" w:hAnsi="Carlito" w:eastAsia="Carlito" w:cs="Carlito"/>
          <w:b w:val="0"/>
          <w:color w:val="506373"/>
          <w:sz w:val="17"/>
        </w:rPr>
        <w:t>Öğrenci adı soyadı: ....................................................    No: ..........................    Yarıyıl: ..........................</w:t>
      </w:r>
    </w:p>
    <w:p>
      <w:pPr>
        <w:keepNext/>
        <w:keepLines w:val="0"/>
        <w:widowControl w:val="0"/>
        <w:spacing w:after="60" w:before="100" w:line="280" w:lineRule="exact"/>
        <w:shd w:fill="173E61"/>
        <w:ind w:left="100" w:right="80"/>
      </w:pPr>
      <w:r>
        <w:rPr>
          <w:rFonts w:ascii="Carlito" w:hAnsi="Carlito" w:eastAsia="Carlito" w:cs="Carlito"/>
          <w:b/>
          <w:color w:val="FFFFFF"/>
          <w:sz w:val="20"/>
        </w:rPr>
        <w:t>D. DANIŞMANIN GENEL DEĞERLENDİRMESİ</w:t>
      </w:r>
    </w:p>
    <w:p>
      <w:pPr>
        <w:keepNext w:val="0"/>
        <w:keepLines w:val="0"/>
        <w:widowControl w:val="0"/>
        <w:spacing w:after="40" w:before="0" w:line="226" w:lineRule="exact"/>
      </w:pPr>
      <w:r>
        <w:rPr>
          <w:rFonts w:ascii="Carlito" w:hAnsi="Carlito" w:eastAsia="Carlito" w:cs="Carlito"/>
          <w:b w:val="0"/>
          <w:color w:val="182B39"/>
          <w:sz w:val="18"/>
        </w:rPr>
        <w:t>Öğrencinin tez aşamasını ve sunduğu çıktıları dikkate alarak her satırda bir seçenek işaretleyiniz.</w:t>
      </w:r>
    </w:p>
    <w:tbl>
      <w:tblPr>
        <w:tblW w:type="dxa" w:w="10091"/>
        <w:tblLayout w:type="fixed"/>
        <w:tblLook w:firstColumn="1" w:firstRow="1" w:lastColumn="0" w:lastRow="0" w:noHBand="0" w:noVBand="1" w:val="04A0"/>
        <w:jc w:val="center"/>
        <w:tblBorders>
          <w:top w:val="single" w:sz="5" w:color="9BAFBE"/>
          <w:left w:val="single" w:sz="5" w:color="9BAFBE"/>
          <w:bottom w:val="single" w:sz="5" w:color="9BAFBE"/>
          <w:right w:val="single" w:sz="5" w:color="9BAFBE"/>
          <w:insideH w:val="single" w:sz="5" w:color="9BAFBE"/>
          <w:insideV w:val="single" w:sz="5" w:color="9BAFBE"/>
        </w:tblBorders>
      </w:tblPr>
      <w:tblGrid>
        <w:gridCol w:w="4876"/>
        <w:gridCol w:w="1134"/>
        <w:gridCol w:w="1361"/>
        <w:gridCol w:w="1134"/>
        <w:gridCol w:w="1587"/>
      </w:tblGrid>
      <w:tr>
        <w:trPr>
          <w:cantSplit/>
          <w:trHeight w:val="595" w:hRule="atLeast"/>
          <w:tblHeader/>
        </w:trPr>
        <w:tc>
          <w:tcPr>
            <w:tcW w:type="dxa" w:w="4876"/>
            <w:vAlign w:val="center"/>
            <w:shd w:fill="EAF1F7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6" w:lineRule="exact"/>
              <w:jc w:val="center"/>
            </w:pPr>
            <w:r>
              <w:rPr>
                <w:rFonts w:ascii="Carlito" w:hAnsi="Carlito" w:eastAsia="Carlito" w:cs="Carlito"/>
                <w:b/>
                <w:color w:val="173E61"/>
                <w:sz w:val="19"/>
              </w:rPr>
              <w:t>Değerlendirme boyutu</w:t>
            </w:r>
          </w:p>
        </w:tc>
        <w:tc>
          <w:tcPr>
            <w:tcW w:type="dxa" w:w="1134"/>
            <w:vAlign w:val="center"/>
            <w:shd w:fill="EAF1F7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6" w:lineRule="exact"/>
              <w:jc w:val="center"/>
            </w:pPr>
            <w:r>
              <w:rPr>
                <w:rFonts w:ascii="Carlito" w:hAnsi="Carlito" w:eastAsia="Carlito" w:cs="Carlito"/>
                <w:b/>
                <w:color w:val="173E61"/>
                <w:sz w:val="19"/>
              </w:rPr>
              <w:t>Yeterli</w:t>
            </w:r>
          </w:p>
        </w:tc>
        <w:tc>
          <w:tcPr>
            <w:tcW w:type="dxa" w:w="1361"/>
            <w:vAlign w:val="center"/>
            <w:shd w:fill="EAF1F7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6" w:lineRule="exact"/>
              <w:jc w:val="center"/>
            </w:pPr>
            <w:r>
              <w:rPr>
                <w:rFonts w:ascii="Carlito" w:hAnsi="Carlito" w:eastAsia="Carlito" w:cs="Carlito"/>
                <w:b/>
                <w:color w:val="173E61"/>
                <w:sz w:val="19"/>
              </w:rPr>
              <w:t>Kısmen</w:t>
              <w:br/>
              <w:t>yeterli</w:t>
            </w:r>
          </w:p>
        </w:tc>
        <w:tc>
          <w:tcPr>
            <w:tcW w:type="dxa" w:w="1134"/>
            <w:vAlign w:val="center"/>
            <w:shd w:fill="EAF1F7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6" w:lineRule="exact"/>
              <w:jc w:val="center"/>
            </w:pPr>
            <w:r>
              <w:rPr>
                <w:rFonts w:ascii="Carlito" w:hAnsi="Carlito" w:eastAsia="Carlito" w:cs="Carlito"/>
                <w:b/>
                <w:color w:val="173E61"/>
                <w:sz w:val="19"/>
              </w:rPr>
              <w:t>Yetersiz</w:t>
            </w:r>
          </w:p>
        </w:tc>
        <w:tc>
          <w:tcPr>
            <w:tcW w:type="dxa" w:w="1587"/>
            <w:vAlign w:val="center"/>
            <w:shd w:fill="EAF1F7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6" w:lineRule="exact"/>
              <w:jc w:val="center"/>
            </w:pPr>
            <w:r>
              <w:rPr>
                <w:rFonts w:ascii="Carlito" w:hAnsi="Carlito" w:eastAsia="Carlito" w:cs="Carlito"/>
                <w:b/>
                <w:color w:val="173E61"/>
                <w:sz w:val="19"/>
              </w:rPr>
              <w:t>Bu dönem için</w:t>
              <w:br/>
              <w:t>uygun değil</w:t>
            </w:r>
          </w:p>
        </w:tc>
      </w:tr>
      <w:tr>
        <w:trPr>
          <w:cantSplit/>
          <w:trHeight w:val="595" w:hRule="atLeast"/>
        </w:trPr>
        <w:tc>
          <w:tcPr>
            <w:tcW w:type="dxa" w:w="4876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6" w:lineRule="exact"/>
            </w:pPr>
            <w:r>
              <w:rPr>
                <w:rFonts w:ascii="Carlito" w:hAnsi="Carlito" w:eastAsia="Carlito" w:cs="Carlito"/>
                <w:b w:val="0"/>
                <w:color w:val="182B39"/>
                <w:sz w:val="19"/>
              </w:rPr>
              <w:t>Belirlenen dönem hedeflerine göre ilerleme</w:t>
            </w:r>
          </w:p>
        </w:tc>
        <w:tc>
          <w:tcPr>
            <w:tcW w:type="dxa" w:w="1134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6" w:lineRule="exact"/>
              <w:jc w:val="center"/>
            </w:pPr>
            <w:r>
              <w:rPr>
                <w:rFonts w:ascii="DejaVu Sans" w:hAnsi="DejaVu Sans" w:eastAsia="DejaVu Sans" w:cs="DejaVu Sans"/>
                <w:b w:val="0"/>
                <w:color w:val="182B39"/>
                <w:sz w:val="22"/>
              </w:rPr>
              <w:t>☐</w:t>
            </w:r>
          </w:p>
        </w:tc>
        <w:tc>
          <w:tcPr>
            <w:tcW w:type="dxa" w:w="1361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6" w:lineRule="exact"/>
              <w:jc w:val="center"/>
            </w:pPr>
            <w:r>
              <w:rPr>
                <w:rFonts w:ascii="DejaVu Sans" w:hAnsi="DejaVu Sans" w:eastAsia="DejaVu Sans" w:cs="DejaVu Sans"/>
                <w:b w:val="0"/>
                <w:color w:val="182B39"/>
                <w:sz w:val="22"/>
              </w:rPr>
              <w:t>☐</w:t>
            </w:r>
          </w:p>
        </w:tc>
        <w:tc>
          <w:tcPr>
            <w:tcW w:type="dxa" w:w="1134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6" w:lineRule="exact"/>
              <w:jc w:val="center"/>
            </w:pPr>
            <w:r>
              <w:rPr>
                <w:rFonts w:ascii="DejaVu Sans" w:hAnsi="DejaVu Sans" w:eastAsia="DejaVu Sans" w:cs="DejaVu Sans"/>
                <w:b w:val="0"/>
                <w:color w:val="182B39"/>
                <w:sz w:val="22"/>
              </w:rPr>
              <w:t>☐</w:t>
            </w:r>
          </w:p>
        </w:tc>
        <w:tc>
          <w:tcPr>
            <w:tcW w:type="dxa" w:w="1587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6" w:lineRule="exact"/>
              <w:jc w:val="center"/>
            </w:pPr>
            <w:r>
              <w:rPr>
                <w:rFonts w:ascii="DejaVu Sans" w:hAnsi="DejaVu Sans" w:eastAsia="DejaVu Sans" w:cs="DejaVu Sans"/>
                <w:b w:val="0"/>
                <w:color w:val="182B39"/>
                <w:sz w:val="22"/>
              </w:rPr>
              <w:t>☐</w:t>
            </w:r>
          </w:p>
        </w:tc>
      </w:tr>
      <w:tr>
        <w:trPr>
          <w:cantSplit/>
          <w:trHeight w:val="595" w:hRule="atLeast"/>
        </w:trPr>
        <w:tc>
          <w:tcPr>
            <w:tcW w:type="dxa" w:w="4876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6" w:lineRule="exact"/>
            </w:pPr>
            <w:r>
              <w:rPr>
                <w:rFonts w:ascii="Carlito" w:hAnsi="Carlito" w:eastAsia="Carlito" w:cs="Carlito"/>
                <w:b w:val="0"/>
                <w:color w:val="182B39"/>
                <w:sz w:val="19"/>
              </w:rPr>
              <w:t>Sunulan çalışmaların akademik niteliği</w:t>
            </w:r>
          </w:p>
        </w:tc>
        <w:tc>
          <w:tcPr>
            <w:tcW w:type="dxa" w:w="1134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6" w:lineRule="exact"/>
              <w:jc w:val="center"/>
            </w:pPr>
            <w:r>
              <w:rPr>
                <w:rFonts w:ascii="DejaVu Sans" w:hAnsi="DejaVu Sans" w:eastAsia="DejaVu Sans" w:cs="DejaVu Sans"/>
                <w:b w:val="0"/>
                <w:color w:val="182B39"/>
                <w:sz w:val="22"/>
              </w:rPr>
              <w:t>☐</w:t>
            </w:r>
          </w:p>
        </w:tc>
        <w:tc>
          <w:tcPr>
            <w:tcW w:type="dxa" w:w="1361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6" w:lineRule="exact"/>
              <w:jc w:val="center"/>
            </w:pPr>
            <w:r>
              <w:rPr>
                <w:rFonts w:ascii="DejaVu Sans" w:hAnsi="DejaVu Sans" w:eastAsia="DejaVu Sans" w:cs="DejaVu Sans"/>
                <w:b w:val="0"/>
                <w:color w:val="182B39"/>
                <w:sz w:val="22"/>
              </w:rPr>
              <w:t>☐</w:t>
            </w:r>
          </w:p>
        </w:tc>
        <w:tc>
          <w:tcPr>
            <w:tcW w:type="dxa" w:w="1134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6" w:lineRule="exact"/>
              <w:jc w:val="center"/>
            </w:pPr>
            <w:r>
              <w:rPr>
                <w:rFonts w:ascii="DejaVu Sans" w:hAnsi="DejaVu Sans" w:eastAsia="DejaVu Sans" w:cs="DejaVu Sans"/>
                <w:b w:val="0"/>
                <w:color w:val="182B39"/>
                <w:sz w:val="22"/>
              </w:rPr>
              <w:t>☐</w:t>
            </w:r>
          </w:p>
        </w:tc>
        <w:tc>
          <w:tcPr>
            <w:tcW w:type="dxa" w:w="1587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6" w:lineRule="exact"/>
              <w:jc w:val="center"/>
            </w:pPr>
            <w:r>
              <w:rPr>
                <w:rFonts w:ascii="DejaVu Sans" w:hAnsi="DejaVu Sans" w:eastAsia="DejaVu Sans" w:cs="DejaVu Sans"/>
                <w:b w:val="0"/>
                <w:color w:val="182B39"/>
                <w:sz w:val="22"/>
              </w:rPr>
              <w:t>☐</w:t>
            </w:r>
          </w:p>
        </w:tc>
      </w:tr>
      <w:tr>
        <w:trPr>
          <w:cantSplit/>
          <w:trHeight w:val="595" w:hRule="atLeast"/>
        </w:trPr>
        <w:tc>
          <w:tcPr>
            <w:tcW w:type="dxa" w:w="4876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6" w:lineRule="exact"/>
            </w:pPr>
            <w:r>
              <w:rPr>
                <w:rFonts w:ascii="Carlito" w:hAnsi="Carlito" w:eastAsia="Carlito" w:cs="Carlito"/>
                <w:b w:val="0"/>
                <w:color w:val="182B39"/>
                <w:sz w:val="19"/>
              </w:rPr>
              <w:t>Geri bildirimler doğrultusunda çalışmayı geliştirme</w:t>
            </w:r>
          </w:p>
        </w:tc>
        <w:tc>
          <w:tcPr>
            <w:tcW w:type="dxa" w:w="1134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6" w:lineRule="exact"/>
              <w:jc w:val="center"/>
            </w:pPr>
            <w:r>
              <w:rPr>
                <w:rFonts w:ascii="DejaVu Sans" w:hAnsi="DejaVu Sans" w:eastAsia="DejaVu Sans" w:cs="DejaVu Sans"/>
                <w:b w:val="0"/>
                <w:color w:val="182B39"/>
                <w:sz w:val="22"/>
              </w:rPr>
              <w:t>☐</w:t>
            </w:r>
          </w:p>
        </w:tc>
        <w:tc>
          <w:tcPr>
            <w:tcW w:type="dxa" w:w="1361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6" w:lineRule="exact"/>
              <w:jc w:val="center"/>
            </w:pPr>
            <w:r>
              <w:rPr>
                <w:rFonts w:ascii="DejaVu Sans" w:hAnsi="DejaVu Sans" w:eastAsia="DejaVu Sans" w:cs="DejaVu Sans"/>
                <w:b w:val="0"/>
                <w:color w:val="182B39"/>
                <w:sz w:val="22"/>
              </w:rPr>
              <w:t>☐</w:t>
            </w:r>
          </w:p>
        </w:tc>
        <w:tc>
          <w:tcPr>
            <w:tcW w:type="dxa" w:w="1134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6" w:lineRule="exact"/>
              <w:jc w:val="center"/>
            </w:pPr>
            <w:r>
              <w:rPr>
                <w:rFonts w:ascii="DejaVu Sans" w:hAnsi="DejaVu Sans" w:eastAsia="DejaVu Sans" w:cs="DejaVu Sans"/>
                <w:b w:val="0"/>
                <w:color w:val="182B39"/>
                <w:sz w:val="22"/>
              </w:rPr>
              <w:t>☐</w:t>
            </w:r>
          </w:p>
        </w:tc>
        <w:tc>
          <w:tcPr>
            <w:tcW w:type="dxa" w:w="1587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6" w:lineRule="exact"/>
              <w:jc w:val="center"/>
            </w:pPr>
            <w:r>
              <w:rPr>
                <w:rFonts w:ascii="DejaVu Sans" w:hAnsi="DejaVu Sans" w:eastAsia="DejaVu Sans" w:cs="DejaVu Sans"/>
                <w:b w:val="0"/>
                <w:color w:val="182B39"/>
                <w:sz w:val="22"/>
              </w:rPr>
              <w:t>☐</w:t>
            </w:r>
          </w:p>
        </w:tc>
      </w:tr>
    </w:tbl>
    <w:p>
      <w:pPr>
        <w:keepNext/>
        <w:keepLines w:val="0"/>
        <w:widowControl w:val="0"/>
        <w:spacing w:after="60" w:before="100" w:line="280" w:lineRule="exact"/>
        <w:shd w:fill="173E61"/>
        <w:ind w:left="100" w:right="80"/>
      </w:pPr>
      <w:r>
        <w:rPr>
          <w:rFonts w:ascii="Carlito" w:hAnsi="Carlito" w:eastAsia="Carlito" w:cs="Carlito"/>
          <w:b/>
          <w:color w:val="FFFFFF"/>
          <w:sz w:val="20"/>
        </w:rPr>
        <w:t>E. ÖĞRENCİYLE DEĞERLENDİRME GÖRÜŞMESİ</w:t>
      </w:r>
    </w:p>
    <w:p>
      <w:pPr>
        <w:keepNext w:val="0"/>
        <w:keepLines w:val="0"/>
        <w:widowControl w:val="0"/>
        <w:spacing w:after="40" w:before="0" w:line="226" w:lineRule="exact"/>
      </w:pPr>
      <w:r>
        <w:rPr>
          <w:rFonts w:ascii="Carlito" w:hAnsi="Carlito" w:eastAsia="Carlito" w:cs="Carlito"/>
          <w:b w:val="0"/>
          <w:color w:val="182B39"/>
          <w:sz w:val="18"/>
        </w:rPr>
        <w:t xml:space="preserve">Görüşme tarihi: ..... / ..... / ..........    </w:t>
      </w:r>
      <w:r>
        <w:rPr>
          <w:rFonts w:ascii="Carlito" w:hAnsi="Carlito" w:eastAsia="Carlito" w:cs="Carlito"/>
          <w:b w:val="0"/>
          <w:color w:val="182B39"/>
          <w:sz w:val="18"/>
        </w:rPr>
        <w:t>☐</w:t>
      </w:r>
      <w:r>
        <w:rPr>
          <w:rFonts w:ascii="Carlito" w:hAnsi="Carlito" w:eastAsia="Carlito" w:cs="Carlito"/>
          <w:b w:val="0"/>
          <w:color w:val="182B39"/>
          <w:sz w:val="18"/>
        </w:rPr>
        <w:t xml:space="preserve"> Görüşme yapılmadı; nedenini aşağıda belirtiniz.</w:t>
      </w:r>
    </w:p>
    <w:p>
      <w:pPr>
        <w:keepNext/>
        <w:keepLines w:val="0"/>
        <w:widowControl w:val="0"/>
        <w:spacing w:after="80" w:before="0" w:line="240" w:lineRule="exact"/>
      </w:pPr>
      <w:r>
        <w:rPr>
          <w:rFonts w:ascii="Carlito" w:hAnsi="Carlito" w:eastAsia="Carlito" w:cs="Carlito"/>
          <w:b/>
          <w:color w:val="173E61"/>
          <w:sz w:val="20"/>
        </w:rPr>
        <w:t>Öğrencinin öz değerlendirmesinden farklı bulunan hususlar ve verilen geri bildirim</w:t>
        <w:br/>
        <w:t>(varsa); görüşme yapılmadıysa nedeni:</w:t>
      </w:r>
    </w:p>
    <w:tbl>
      <w:tblPr>
        <w:tblW w:type="dxa" w:w="10091"/>
        <w:tblLayout w:type="fixed"/>
        <w:tblLook w:firstColumn="1" w:firstRow="1" w:lastColumn="0" w:lastRow="0" w:noHBand="0" w:noVBand="1" w:val="04A0"/>
        <w:jc w:val="center"/>
        <w:tblBorders>
          <w:top w:val="single" w:sz="5" w:color="9BAFBE"/>
          <w:left w:val="single" w:sz="5" w:color="9BAFBE"/>
          <w:bottom w:val="single" w:sz="5" w:color="9BAFBE"/>
          <w:right w:val="single" w:sz="5" w:color="9BAFBE"/>
          <w:insideH w:val="single" w:sz="5" w:color="9BAFBE"/>
          <w:insideV w:val="single" w:sz="5" w:color="9BAFBE"/>
        </w:tblBorders>
      </w:tblPr>
      <w:tblGrid>
        <w:gridCol w:w="10091"/>
      </w:tblGrid>
      <w:tr>
        <w:trPr>
          <w:cantSplit/>
        </w:trPr>
        <w:tc>
          <w:tcPr>
            <w:tcW w:type="dxa" w:w="10091"/>
            <w:vAlign w:val="top"/>
            <w:tcMar>
              <w:top w:w="20" w:type="dxa"/>
              <w:bottom w:w="40" w:type="dxa"/>
              <w:left w:w="100" w:type="dxa"/>
              <w:right w:w="100" w:type="dxa"/>
            </w:tcMar>
          </w:tcPr>
          <w:p>
            <w:pPr>
              <w:keepNext w:val="0"/>
              <w:keepLines w:val="0"/>
              <w:widowControl w:val="0"/>
              <w:spacing w:before="0" w:after="0" w:line="400" w:lineRule="exact"/>
              <w:pBdr>
                <w:bottom w:val="single" w:sz="3" w:color="BECBD5"/>
                <w:between w:val="single" w:sz="3" w:color="BECBD5"/>
              </w:pBdr>
            </w:pPr>
            <w:r>
              <w:rPr>
                <w:rFonts w:ascii="Carlito" w:hAnsi="Carlito" w:eastAsia="Carlito" w:cs="Carlito"/>
                <w:sz w:val="19"/>
              </w:rPr>
            </w:r>
            <w:r>
              <w:rPr>
                <w:rFonts w:ascii="Carlito" w:hAnsi="Carlito" w:eastAsia="Carlito" w:cs="Carlito"/>
                <w:sz w:val="19"/>
              </w:rPr>
              <w:t xml:space="preserve"> </w:t>
            </w:r>
          </w:p>
          <w:p>
            <w:pPr>
              <w:keepNext w:val="0"/>
              <w:keepLines w:val="0"/>
              <w:widowControl w:val="0"/>
              <w:spacing w:before="0" w:after="0" w:line="400" w:lineRule="exact"/>
              <w:pBdr>
                <w:bottom w:val="single" w:sz="3" w:color="BECBD5"/>
                <w:between w:val="single" w:sz="3" w:color="BECBD5"/>
              </w:pBdr>
            </w:pPr>
            <w:r>
              <w:rPr>
                <w:rFonts w:ascii="Carlito" w:hAnsi="Carlito" w:eastAsia="Carlito" w:cs="Carlito"/>
                <w:sz w:val="19"/>
              </w:rPr>
              <w:t xml:space="preserve"> </w:t>
            </w:r>
          </w:p>
          <w:p>
            <w:pPr>
              <w:keepNext w:val="0"/>
              <w:keepLines w:val="0"/>
              <w:widowControl w:val="0"/>
              <w:spacing w:before="0" w:after="0" w:line="400" w:lineRule="exact"/>
              <w:pBdr>
                <w:bottom w:val="single" w:sz="3" w:color="BECBD5"/>
                <w:between w:val="single" w:sz="3" w:color="BECBD5"/>
              </w:pBdr>
            </w:pPr>
            <w:r>
              <w:rPr>
                <w:rFonts w:ascii="Carlito" w:hAnsi="Carlito" w:eastAsia="Carlito" w:cs="Carlito"/>
                <w:sz w:val="19"/>
              </w:rPr>
              <w:t xml:space="preserve"> </w:t>
            </w:r>
          </w:p>
          <w:p>
            <w:pPr>
              <w:keepNext w:val="0"/>
              <w:keepLines w:val="0"/>
              <w:widowControl w:val="0"/>
              <w:spacing w:before="0" w:after="0" w:line="400" w:lineRule="exact"/>
              <w:pBdr>
                <w:bottom w:val="single" w:sz="3" w:color="BECBD5"/>
                <w:between w:val="single" w:sz="3" w:color="BECBD5"/>
              </w:pBdr>
            </w:pPr>
            <w:r>
              <w:rPr>
                <w:rFonts w:ascii="Carlito" w:hAnsi="Carlito" w:eastAsia="Carlito" w:cs="Carlito"/>
                <w:sz w:val="19"/>
              </w:rPr>
              <w:t xml:space="preserve"> </w:t>
            </w:r>
          </w:p>
          <w:p>
            <w:pPr>
              <w:keepNext w:val="0"/>
              <w:keepLines w:val="0"/>
              <w:widowControl w:val="0"/>
              <w:spacing w:before="0" w:after="0" w:line="400" w:lineRule="exact"/>
              <w:pBdr>
                <w:bottom w:val="single" w:sz="3" w:color="BECBD5"/>
                <w:between w:val="single" w:sz="3" w:color="BECBD5"/>
              </w:pBdr>
            </w:pPr>
            <w:r>
              <w:rPr>
                <w:rFonts w:ascii="Carlito" w:hAnsi="Carlito" w:eastAsia="Carlito" w:cs="Carlito"/>
                <w:sz w:val="19"/>
              </w:rPr>
              <w:t xml:space="preserve"> </w:t>
            </w:r>
          </w:p>
          <w:p>
            <w:pPr>
              <w:keepNext w:val="0"/>
              <w:keepLines w:val="0"/>
              <w:widowControl w:val="0"/>
              <w:spacing w:before="0" w:after="0" w:line="400" w:lineRule="exact"/>
              <w:pBdr>
                <w:bottom w:val="single" w:sz="3" w:color="BECBD5"/>
                <w:between w:val="single" w:sz="3" w:color="BECBD5"/>
              </w:pBdr>
            </w:pPr>
            <w:r>
              <w:rPr>
                <w:rFonts w:ascii="Carlito" w:hAnsi="Carlito" w:eastAsia="Carlito" w:cs="Carlito"/>
                <w:sz w:val="19"/>
              </w:rPr>
              <w:t xml:space="preserve"> </w:t>
            </w:r>
          </w:p>
          <w:p>
            <w:pPr>
              <w:keepNext w:val="0"/>
              <w:keepLines w:val="0"/>
              <w:widowControl w:val="0"/>
              <w:spacing w:before="0" w:after="0" w:line="400" w:lineRule="exact"/>
              <w:pBdr>
                <w:bottom w:val="single" w:sz="3" w:color="BECBD5"/>
                <w:between w:val="single" w:sz="3" w:color="BECBD5"/>
              </w:pBdr>
            </w:pPr>
            <w:r>
              <w:rPr>
                <w:rFonts w:ascii="Carlito" w:hAnsi="Carlito" w:eastAsia="Carlito" w:cs="Carlito"/>
                <w:sz w:val="19"/>
              </w:rPr>
              <w:t xml:space="preserve"> </w:t>
            </w:r>
          </w:p>
          <w:p>
            <w:pPr>
              <w:keepNext w:val="0"/>
              <w:keepLines w:val="0"/>
              <w:widowControl w:val="0"/>
              <w:spacing w:before="0" w:after="0" w:line="400" w:lineRule="exact"/>
              <w:pBdr>
                <w:bottom w:val="single" w:sz="3" w:color="BECBD5"/>
                <w:between w:val="single" w:sz="3" w:color="BECBD5"/>
              </w:pBdr>
            </w:pPr>
            <w:r>
              <w:rPr>
                <w:rFonts w:ascii="Carlito" w:hAnsi="Carlito" w:eastAsia="Carlito" w:cs="Carlito"/>
                <w:sz w:val="19"/>
              </w:rPr>
              <w:t xml:space="preserve"> </w:t>
            </w:r>
          </w:p>
          <w:p>
            <w:pPr>
              <w:keepNext w:val="0"/>
              <w:keepLines w:val="0"/>
              <w:widowControl w:val="0"/>
              <w:spacing w:before="0" w:after="0" w:line="400" w:lineRule="exact"/>
              <w:pBdr>
                <w:bottom w:val="single" w:sz="3" w:color="BECBD5"/>
                <w:between w:val="single" w:sz="3" w:color="BECBD5"/>
              </w:pBdr>
            </w:pPr>
            <w:r>
              <w:rPr>
                <w:rFonts w:ascii="Carlito" w:hAnsi="Carlito" w:eastAsia="Carlito" w:cs="Carlito"/>
                <w:sz w:val="19"/>
              </w:rPr>
              <w:t xml:space="preserve"> </w:t>
            </w:r>
          </w:p>
          <w:p>
            <w:pPr>
              <w:keepNext w:val="0"/>
              <w:keepLines w:val="0"/>
              <w:widowControl w:val="0"/>
              <w:spacing w:before="0" w:after="0" w:line="400" w:lineRule="exact"/>
              <w:pBdr>
                <w:bottom w:val="single" w:sz="3" w:color="BECBD5"/>
                <w:between w:val="single" w:sz="3" w:color="BECBD5"/>
              </w:pBdr>
            </w:pPr>
            <w:r>
              <w:rPr>
                <w:rFonts w:ascii="Carlito" w:hAnsi="Carlito" w:eastAsia="Carlito" w:cs="Carlito"/>
                <w:sz w:val="19"/>
              </w:rPr>
              <w:t xml:space="preserve"> </w:t>
            </w:r>
          </w:p>
        </w:tc>
      </w:tr>
    </w:tbl>
    <w:p>
      <w:pPr>
        <w:keepNext/>
        <w:keepLines w:val="0"/>
        <w:widowControl w:val="0"/>
        <w:spacing w:after="60" w:before="100" w:line="280" w:lineRule="exact"/>
        <w:shd w:fill="173E61"/>
        <w:ind w:left="100" w:right="80"/>
      </w:pPr>
      <w:r>
        <w:rPr>
          <w:rFonts w:ascii="Carlito" w:hAnsi="Carlito" w:eastAsia="Carlito" w:cs="Carlito"/>
          <w:b/>
          <w:color w:val="FFFFFF"/>
          <w:sz w:val="20"/>
        </w:rPr>
        <w:t>F. DERS BAŞARI DURUMU</w:t>
      </w:r>
    </w:p>
    <w:tbl>
      <w:tblPr>
        <w:tblW w:type="dxa" w:w="10091"/>
        <w:tblLayout w:type="fixed"/>
        <w:tblLook w:firstColumn="1" w:firstRow="1" w:lastColumn="0" w:lastRow="0" w:noHBand="0" w:noVBand="1" w:val="04A0"/>
        <w:jc w:val="center"/>
        <w:tblBorders>
          <w:top w:val="single" w:sz="5" w:color="9BAFBE"/>
          <w:left w:val="single" w:sz="5" w:color="9BAFBE"/>
          <w:bottom w:val="single" w:sz="5" w:color="9BAFBE"/>
          <w:right w:val="single" w:sz="5" w:color="9BAFBE"/>
          <w:insideH w:val="single" w:sz="5" w:color="9BAFBE"/>
          <w:insideV w:val="single" w:sz="5" w:color="9BAFBE"/>
        </w:tblBorders>
      </w:tblPr>
      <w:tblGrid>
        <w:gridCol w:w="5669"/>
        <w:gridCol w:w="4422"/>
      </w:tblGrid>
      <w:tr>
        <w:trPr>
          <w:trHeight w:val="624" w:hRule="atLeast"/>
          <w:cantSplit/>
        </w:trPr>
        <w:tc>
          <w:tcPr>
            <w:tcW w:type="dxa" w:w="5669"/>
            <w:vAlign w:val="center"/>
            <w:shd w:fill="EAF1F7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40" w:lineRule="exact"/>
            </w:pPr>
            <w:r>
              <w:rPr>
                <w:rFonts w:ascii="Carlito" w:hAnsi="Carlito" w:eastAsia="Carlito" w:cs="Carlito"/>
                <w:b/>
                <w:color w:val="173E61"/>
                <w:sz w:val="20"/>
              </w:rPr>
              <w:t>Uzmanlık Alan Dersi başarı durumu</w:t>
            </w:r>
          </w:p>
        </w:tc>
        <w:tc>
          <w:tcPr>
            <w:tcW w:type="dxa" w:w="4422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40" w:lineRule="exact"/>
            </w:pPr>
            <w:r>
              <w:rPr>
                <w:rFonts w:ascii="Carlito" w:hAnsi="Carlito" w:eastAsia="Carlito" w:cs="Carlito"/>
                <w:b w:val="0"/>
                <w:color w:val="182B39"/>
                <w:sz w:val="20"/>
              </w:rPr>
              <w:t>☐</w:t>
            </w:r>
            <w:r>
              <w:rPr>
                <w:rFonts w:ascii="Carlito" w:hAnsi="Carlito" w:eastAsia="Carlito" w:cs="Carlito"/>
                <w:b w:val="0"/>
                <w:color w:val="182B39"/>
                <w:sz w:val="20"/>
              </w:rPr>
              <w:t xml:space="preserve"> Geçti (G)        </w:t>
            </w:r>
            <w:r>
              <w:rPr>
                <w:rFonts w:ascii="Carlito" w:hAnsi="Carlito" w:eastAsia="Carlito" w:cs="Carlito"/>
                <w:b w:val="0"/>
                <w:color w:val="182B39"/>
                <w:sz w:val="20"/>
              </w:rPr>
              <w:t>☐</w:t>
            </w:r>
            <w:r>
              <w:rPr>
                <w:rFonts w:ascii="Carlito" w:hAnsi="Carlito" w:eastAsia="Carlito" w:cs="Carlito"/>
                <w:b w:val="0"/>
                <w:color w:val="182B39"/>
                <w:sz w:val="20"/>
              </w:rPr>
              <w:t xml:space="preserve"> Kaldı (K)</w:t>
            </w:r>
          </w:p>
        </w:tc>
      </w:tr>
    </w:tbl>
    <w:p>
      <w:pPr>
        <w:keepNext/>
        <w:keepLines w:val="0"/>
        <w:widowControl w:val="0"/>
        <w:spacing w:after="60" w:before="100" w:line="280" w:lineRule="exact"/>
        <w:shd w:fill="173E61"/>
        <w:ind w:left="100" w:right="80"/>
      </w:pPr>
      <w:r>
        <w:rPr>
          <w:rFonts w:ascii="Carlito" w:hAnsi="Carlito" w:eastAsia="Carlito" w:cs="Carlito"/>
          <w:b/>
          <w:color w:val="FFFFFF"/>
          <w:sz w:val="20"/>
        </w:rPr>
        <w:t>G. DANIŞMAN ONAYI</w:t>
      </w:r>
    </w:p>
    <w:p>
      <w:pPr>
        <w:keepNext w:val="0"/>
        <w:keepLines w:val="0"/>
        <w:widowControl w:val="0"/>
        <w:spacing w:after="40" w:before="0" w:line="226" w:lineRule="exact"/>
      </w:pPr>
      <w:r>
        <w:rPr>
          <w:rFonts w:ascii="Carlito" w:hAnsi="Carlito" w:eastAsia="Carlito" w:cs="Carlito"/>
          <w:b w:val="0"/>
          <w:color w:val="182B39"/>
          <w:sz w:val="18"/>
        </w:rPr>
        <w:t>Ders başarı kararının, incelenen öğrenci öz değerlendirme formuna ve mevcut çalışma kayıtlarına dayalı olarak verildiğini onaylarım.</w:t>
      </w:r>
    </w:p>
    <w:tbl>
      <w:tblPr>
        <w:tblW w:type="dxa" w:w="10091"/>
        <w:tblLayout w:type="fixed"/>
        <w:tblLook w:firstColumn="1" w:firstRow="1" w:lastColumn="0" w:lastRow="0" w:noHBand="0" w:noVBand="1" w:val="04A0"/>
        <w:jc w:val="center"/>
        <w:tblBorders>
          <w:top w:val="single" w:sz="5" w:color="9BAFBE"/>
          <w:left w:val="single" w:sz="5" w:color="9BAFBE"/>
          <w:bottom w:val="single" w:sz="5" w:color="9BAFBE"/>
          <w:right w:val="single" w:sz="5" w:color="9BAFBE"/>
          <w:insideH w:val="single" w:sz="5" w:color="9BAFBE"/>
          <w:insideV w:val="single" w:sz="5" w:color="9BAFBE"/>
        </w:tblBorders>
      </w:tblPr>
      <w:tblGrid>
        <w:gridCol w:w="10091"/>
      </w:tblGrid>
      <w:tr>
        <w:trPr>
          <w:trHeight w:val="624" w:hRule="atLeast"/>
          <w:cantSplit/>
        </w:trPr>
        <w:tc>
          <w:tcPr>
            <w:tcW w:type="dxa" w:w="10091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40" w:lineRule="exact"/>
            </w:pPr>
            <w:r>
              <w:rPr>
                <w:rFonts w:ascii="Carlito" w:hAnsi="Carlito" w:eastAsia="Carlito" w:cs="Carlito"/>
                <w:b w:val="0"/>
                <w:color w:val="182B39"/>
                <w:sz w:val="20"/>
              </w:rPr>
              <w:t xml:space="preserve">Danışmanın adı soyadı / unvanı: </w:t>
            </w:r>
          </w:p>
        </w:tc>
      </w:tr>
    </w:tbl>
    <w:tbl>
      <w:tblPr>
        <w:tblW w:type="dxa" w:w="10091"/>
        <w:tblLayout w:type="fixed"/>
        <w:tblLook w:firstColumn="1" w:firstRow="1" w:lastColumn="0" w:lastRow="0" w:noHBand="0" w:noVBand="1" w:val="04A0"/>
        <w:jc w:val="center"/>
        <w:tblBorders>
          <w:top w:val="single" w:sz="5" w:color="9BAFBE"/>
          <w:left w:val="single" w:sz="5" w:color="9BAFBE"/>
          <w:bottom w:val="single" w:sz="5" w:color="9BAFBE"/>
          <w:right w:val="single" w:sz="5" w:color="9BAFBE"/>
          <w:insideH w:val="single" w:sz="5" w:color="9BAFBE"/>
          <w:insideV w:val="single" w:sz="5" w:color="9BAFBE"/>
        </w:tblBorders>
      </w:tblPr>
      <w:tblGrid>
        <w:gridCol w:w="4252"/>
        <w:gridCol w:w="5839"/>
      </w:tblGrid>
      <w:tr>
        <w:trPr>
          <w:trHeight w:val="935" w:hRule="atLeast"/>
          <w:cantSplit/>
        </w:trPr>
        <w:tc>
          <w:tcPr>
            <w:tcW w:type="dxa" w:w="4252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40" w:lineRule="exact"/>
            </w:pPr>
            <w:r>
              <w:rPr>
                <w:rFonts w:ascii="Carlito" w:hAnsi="Carlito" w:eastAsia="Carlito" w:cs="Carlito"/>
                <w:b w:val="0"/>
                <w:color w:val="182B39"/>
                <w:sz w:val="20"/>
              </w:rPr>
              <w:t>Tarih: ..... / ..... / ..........</w:t>
            </w:r>
          </w:p>
        </w:tc>
        <w:tc>
          <w:tcPr>
            <w:tcW w:type="dxa" w:w="5839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40" w:lineRule="exact"/>
            </w:pPr>
            <w:r>
              <w:rPr>
                <w:rFonts w:ascii="Carlito" w:hAnsi="Carlito" w:eastAsia="Carlito" w:cs="Carlito"/>
                <w:b w:val="0"/>
                <w:color w:val="182B39"/>
                <w:sz w:val="20"/>
              </w:rPr>
              <w:t>Danışman imzası:</w:t>
            </w:r>
          </w:p>
        </w:tc>
      </w:tr>
    </w:tbl>
    <w:p>
      <w:pPr>
        <w:keepNext w:val="0"/>
        <w:keepLines w:val="0"/>
        <w:widowControl w:val="0"/>
        <w:spacing w:after="40" w:before="0" w:line="226" w:lineRule="exact"/>
      </w:pPr>
      <w:r>
        <w:rPr>
          <w:rFonts w:ascii="Carlito" w:hAnsi="Carlito" w:eastAsia="Carlito" w:cs="Carlito"/>
          <w:b w:val="0"/>
          <w:color w:val="506373"/>
          <w:sz w:val="18"/>
        </w:rPr>
        <w:t>Ders başarı kararı yalnızca bu formda yer alır. Değerlendirme geri bildirimleri ve sonraki çalışma hedefleri öğrenciyle paylaşılır.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332" w:right="907" w:bottom="680" w:left="907" w:header="397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keepLines w:val="0"/>
      <w:widowControl w:val="0"/>
      <w:spacing w:before="0" w:after="0" w:line="200" w:lineRule="exact"/>
      <w:jc w:val="center"/>
    </w:pPr>
    <w:r>
      <w:rPr>
        <w:rFonts w:ascii="Carlito" w:hAnsi="Carlito" w:eastAsia="Carlito" w:cs="Carlito"/>
        <w:color w:val="627482"/>
        <w:sz w:val="16"/>
      </w:rPr>
      <w:t xml:space="preserve">PAÜ Eğitim Bilimleri Enstitüsü | Danışman İzleme ve Değerlendirme Formu | Sayfa </w:t>
    </w:r>
    <w:fldSimple w:instr="PAGE">
      <w:r>
        <w:t>1</w:t>
      </w:r>
    </w:fldSimple>
    <w:r>
      <w:rPr>
        <w:rFonts w:ascii="Carlito" w:hAnsi="Carlito" w:eastAsia="Carlito" w:cs="Carlito"/>
        <w:color w:val="627482"/>
        <w:sz w:val="16"/>
      </w:rPr>
      <w:t xml:space="preserve"> / </w:t>
    </w:r>
    <w:fldSimple w:instr="NUMPAGES">
      <w:r>
        <w:t>2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keepNext w:val="0"/>
      <w:widowControl w:val="0"/>
      <w:spacing w:after="0" w:before="0" w:line="20" w:lineRule="exact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9014"/>
      <w:gridCol w:w="1077"/>
    </w:tblGrid>
    <w:tr>
      <w:tc>
        <w:tcPr>
          <w:tcW w:type="dxa" w:w="9014"/>
          <w:tcMar>
            <w:top w:w="0" w:type="dxa"/>
            <w:bottom w:w="50" w:type="dxa"/>
            <w:left w:w="0" w:type="dxa"/>
            <w:right w:w="0" w:type="dxa"/>
          </w:tcMar>
          <w:tcBorders>
            <w:bottom w:val="single" w:sz="10" w:color="173E61"/>
          </w:tcBorders>
        </w:tcPr>
        <w:p>
          <w:pPr>
            <w:keepNext w:val="0"/>
            <w:widowControl w:val="0"/>
            <w:spacing w:after="20" w:before="0" w:line="300" w:lineRule="exact"/>
          </w:pPr>
          <w:r>
            <w:rPr>
              <w:rFonts w:ascii="Carlito" w:hAnsi="Carlito" w:eastAsia="Carlito" w:cs="Carlito"/>
              <w:b/>
              <w:color w:val="173E61"/>
              <w:sz w:val="25"/>
            </w:rPr>
            <w:t>PAMUKKALE ÜNİVERSİTESİ</w:t>
          </w:r>
        </w:p>
        <w:p>
          <w:pPr>
            <w:keepNext w:val="0"/>
            <w:widowControl w:val="0"/>
            <w:spacing w:after="0" w:before="0" w:line="240" w:lineRule="exact"/>
          </w:pPr>
          <w:r>
            <w:rPr>
              <w:rFonts w:ascii="Carlito" w:hAnsi="Carlito" w:eastAsia="Carlito" w:cs="Carlito"/>
              <w:b/>
              <w:color w:val="506373"/>
              <w:sz w:val="20"/>
            </w:rPr>
            <w:t>EĞİTİM BİLİMLERİ ENSTİTÜSÜ</w:t>
          </w:r>
        </w:p>
      </w:tc>
      <w:tc>
        <w:tcPr>
          <w:tcW w:type="dxa" w:w="1077"/>
          <w:tcMar>
            <w:top w:w="0" w:type="dxa"/>
            <w:bottom w:w="50" w:type="dxa"/>
            <w:left w:w="0" w:type="dxa"/>
            <w:right w:w="0" w:type="dxa"/>
          </w:tcMar>
          <w:tcBorders>
            <w:bottom w:val="single" w:sz="10" w:color="173E61"/>
          </w:tcBorders>
        </w:tcPr>
        <w:p>
          <w:pPr>
            <w:keepNext w:val="0"/>
            <w:widowControl w:val="0"/>
            <w:spacing w:after="0" w:before="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68000" cy="457336"/>
                <wp:docPr id="1" name="Picture 1" descr="Pamukkale Üniversitesi logosu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1.jpe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8000" cy="457336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exact"/>
    </w:pPr>
    <w:rPr>
      <w:rFonts w:ascii="Carlito" w:hAnsi="Carlito"/>
      <w:sz w:val="19"/>
      <w:lang w:val="tr-T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rlito" w:hAnsi="Carlito"/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rlito" w:hAnsi="Carlito"/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Uzmanlık Alan Dersi - Danışman İzleme ve Değerlendirme Formu</dc:title>
  <dc:subject>Dönem sonu izleme ve değerlendirme</dc:subject>
  <dc:creator>Pamukkale Üniversitesi Eğitim Bilimleri Enstitüsü</dc:creator>
  <cp:keywords>uzmanlık alan dersi, tez, dönem sonu, değerlendirme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