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widowControl w:val="0"/>
        <w:spacing w:after="40" w:before="0" w:line="300" w:lineRule="exact"/>
        <w:jc w:val="center"/>
      </w:pPr>
      <w:r>
        <w:rPr>
          <w:rFonts w:ascii="Carlito" w:hAnsi="Carlito" w:eastAsia="Carlito" w:cs="Carlito"/>
          <w:b/>
          <w:color w:val="173E61"/>
          <w:sz w:val="24"/>
        </w:rPr>
        <w:t>UZMANLIK ALAN DERSİ</w:t>
      </w:r>
    </w:p>
    <w:p>
      <w:pPr>
        <w:keepNext w:val="0"/>
        <w:keepLines w:val="0"/>
        <w:widowControl w:val="0"/>
        <w:spacing w:after="100" w:before="0" w:line="280" w:lineRule="exact"/>
        <w:jc w:val="center"/>
      </w:pPr>
      <w:r>
        <w:rPr>
          <w:rFonts w:ascii="Carlito" w:hAnsi="Carlito" w:eastAsia="Carlito" w:cs="Carlito"/>
          <w:b/>
          <w:color w:val="173E61"/>
          <w:sz w:val="23"/>
        </w:rPr>
        <w:t>DÖNEM SONU ÖĞRENCİ ÖZ DEĞERLENDİRME FORMU</w:t>
      </w:r>
    </w:p>
    <w:p>
      <w:pPr>
        <w:keepNext w:val="0"/>
        <w:keepLines w:val="0"/>
        <w:widowControl w:val="0"/>
        <w:spacing w:after="20" w:before="0" w:line="220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1. Öğrenci, dönem hedeflerini, çalışmalarını ve öz değerlendirmesini somut çıktılarla birlikte danışmanına sunar.</w:t>
      </w:r>
    </w:p>
    <w:p>
      <w:pPr>
        <w:keepNext w:val="0"/>
        <w:keepLines w:val="0"/>
        <w:widowControl w:val="0"/>
        <w:spacing w:after="20" w:before="0" w:line="220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2. Danışman, formu ve çıktıları inceler; değerlendirmeyi öğrenciyle görüşür ve başarı kararını kaydeder.</w:t>
      </w:r>
    </w:p>
    <w:p>
      <w:pPr>
        <w:keepNext w:val="0"/>
        <w:keepLines w:val="0"/>
        <w:widowControl w:val="0"/>
        <w:spacing w:after="20" w:before="0" w:line="220" w:lineRule="exact"/>
      </w:pPr>
      <w:r>
        <w:rPr>
          <w:rFonts w:ascii="Carlito" w:hAnsi="Carlito" w:eastAsia="Carlito" w:cs="Carlito"/>
          <w:b w:val="0"/>
          <w:color w:val="506373"/>
          <w:sz w:val="18"/>
        </w:rPr>
        <w:t>3. İki form aynı öğrenci ve yarıyıl altında birlikte saklanır; çalışma ürünleri tekrar yüklenmeden ilişkilendirilir.</w:t>
      </w:r>
    </w:p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A. ÖĞRENCİ VE DERS BİLGİLERİ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1814"/>
        <w:gridCol w:w="3231"/>
        <w:gridCol w:w="1928"/>
        <w:gridCol w:w="3118"/>
      </w:tblGrid>
      <w:tr>
        <w:trPr>
          <w:trHeight w:val="476" w:hRule="atLeast"/>
          <w:cantSplit/>
        </w:trPr>
        <w:tc>
          <w:tcPr>
            <w:tcW w:type="dxa" w:w="1814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Öğrenci adı soyadı</w:t>
            </w:r>
          </w:p>
        </w:tc>
        <w:tc>
          <w:tcPr>
            <w:tcW w:type="dxa" w:w="323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Öğrenci numarası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</w:tr>
      <w:tr>
        <w:trPr>
          <w:trHeight w:val="476" w:hRule="atLeast"/>
          <w:cantSplit/>
        </w:trPr>
        <w:tc>
          <w:tcPr>
            <w:tcW w:type="dxa" w:w="1814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Anabilim / Anasanat Dalı</w:t>
            </w:r>
          </w:p>
        </w:tc>
        <w:tc>
          <w:tcPr>
            <w:tcW w:type="dxa" w:w="323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Program adı / türü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</w:tr>
      <w:tr>
        <w:trPr>
          <w:trHeight w:val="476" w:hRule="atLeast"/>
          <w:cantSplit/>
        </w:trPr>
        <w:tc>
          <w:tcPr>
            <w:tcW w:type="dxa" w:w="1814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Akademik yıl</w:t>
            </w:r>
          </w:p>
        </w:tc>
        <w:tc>
          <w:tcPr>
            <w:tcW w:type="dxa" w:w="323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Yarıyıl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☐</w:t>
            </w: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 xml:space="preserve"> Güz     </w:t>
            </w: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☐</w:t>
            </w: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 xml:space="preserve"> Bahar</w:t>
            </w:r>
          </w:p>
        </w:tc>
      </w:tr>
      <w:tr>
        <w:trPr>
          <w:trHeight w:val="476" w:hRule="atLeast"/>
          <w:cantSplit/>
        </w:trPr>
        <w:tc>
          <w:tcPr>
            <w:tcW w:type="dxa" w:w="1814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Danışman adı soyadı</w:t>
            </w:r>
          </w:p>
        </w:tc>
        <w:tc>
          <w:tcPr>
            <w:tcW w:type="dxa" w:w="3231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  <w:tc>
          <w:tcPr>
            <w:tcW w:type="dxa" w:w="1928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Derse kayıt yarıyılı (kaçıncı?)</w:t>
            </w:r>
          </w:p>
        </w:tc>
        <w:tc>
          <w:tcPr>
            <w:tcW w:type="dxa" w:w="3118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</w:tr>
      <w:tr>
        <w:trPr>
          <w:trHeight w:val="476" w:hRule="atLeast"/>
          <w:cantSplit/>
        </w:trPr>
        <w:tc>
          <w:tcPr>
            <w:tcW w:type="dxa" w:w="1814"/>
            <w:vAlign w:val="center"/>
            <w:shd w:fill="F3F6F9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Tez / çalışma başlığı</w:t>
            </w:r>
          </w:p>
        </w:tc>
        <w:tc>
          <w:tcPr>
            <w:tcW w:type="dxa" w:w="8277"/>
            <w:gridSpan w:val="3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</w:pP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B. DÖNEM HEDEFLERİ, GERÇEKLEŞEN ÇALIŞMALAR VE ÇIKTILAR</w:t>
      </w:r>
    </w:p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182B39"/>
          <w:sz w:val="17"/>
        </w:rPr>
        <w:t>Dönem başında danışmanınızla belirlenen temel hedefleri yazınız; tüm satırlar zorunlu değildir. Değişen hedefi kısaca belirtiniz. Çıktıyı belge adı, tarih / sürüm ve gerekiyorsa bölüm / sayfa bilgisiyle tanımlayınız.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454"/>
        <w:gridCol w:w="3345"/>
        <w:gridCol w:w="3458"/>
        <w:gridCol w:w="2835"/>
      </w:tblGrid>
      <w:tr>
        <w:trPr>
          <w:cantSplit/>
          <w:trHeight w:val="380" w:hRule="atLeast"/>
          <w:tblHeader/>
        </w:trPr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No</w:t>
            </w:r>
          </w:p>
        </w:tc>
        <w:tc>
          <w:tcPr>
            <w:tcW w:type="dxa" w:w="3345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Hedef / planlanan çalışma</w:t>
            </w:r>
          </w:p>
        </w:tc>
        <w:tc>
          <w:tcPr>
            <w:tcW w:type="dxa" w:w="3458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Gerçekleşen çalışma / ilerleme</w:t>
            </w:r>
          </w:p>
        </w:tc>
        <w:tc>
          <w:tcPr>
            <w:tcW w:type="dxa" w:w="2835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Somut çıktı ve tarihi</w:t>
            </w:r>
          </w:p>
        </w:tc>
      </w:tr>
      <w:tr>
        <w:trPr>
          <w:cantSplit/>
          <w:trHeight w:val="1304" w:hRule="atLeast"/>
        </w:trPr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1</w:t>
            </w:r>
          </w:p>
        </w:tc>
        <w:tc>
          <w:tcPr>
            <w:tcW w:type="dxa" w:w="3345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  <w:tc>
          <w:tcPr>
            <w:tcW w:type="dxa" w:w="3458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  <w:tc>
          <w:tcPr>
            <w:tcW w:type="dxa" w:w="2835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  <w:tr>
        <w:trPr>
          <w:cantSplit/>
          <w:trHeight w:val="1304" w:hRule="atLeast"/>
        </w:trPr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2</w:t>
            </w:r>
          </w:p>
        </w:tc>
        <w:tc>
          <w:tcPr>
            <w:tcW w:type="dxa" w:w="3345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  <w:tc>
          <w:tcPr>
            <w:tcW w:type="dxa" w:w="3458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  <w:tc>
          <w:tcPr>
            <w:tcW w:type="dxa" w:w="2835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  <w:tr>
        <w:trPr>
          <w:cantSplit/>
          <w:trHeight w:val="1304" w:hRule="atLeast"/>
        </w:trPr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20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3</w:t>
            </w:r>
          </w:p>
        </w:tc>
        <w:tc>
          <w:tcPr>
            <w:tcW w:type="dxa" w:w="3345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  <w:tc>
          <w:tcPr>
            <w:tcW w:type="dxa" w:w="3458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  <w:tc>
          <w:tcPr>
            <w:tcW w:type="dxa" w:w="2835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0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C. DÖNEM BOYUNCA YÜRÜTÜLEN ÇALIŞMALAR</w:t>
      </w:r>
    </w:p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182B39"/>
          <w:sz w:val="17"/>
        </w:rPr>
        <w:t>Her satırda bir durum işaretleyiniz: T = Tamamladım, S = Sürdürüyorum, B = Başlamadım, P = Bu dönem planlamadım.</w:t>
      </w:r>
    </w:p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506373"/>
          <w:sz w:val="17"/>
        </w:rPr>
        <w:t>Kısa açıklama / kanıt alanını yalnızca gerektiğinde doldurunuz. B tablosunda tanımladığınız çıktıyı yeniden yazmak yerine ilgili hedef numarasına atıf yapabilirsiniz.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369"/>
        <w:gridCol w:w="4337"/>
        <w:gridCol w:w="454"/>
        <w:gridCol w:w="454"/>
        <w:gridCol w:w="454"/>
        <w:gridCol w:w="454"/>
        <w:gridCol w:w="3572"/>
      </w:tblGrid>
      <w:tr>
        <w:trPr>
          <w:cantSplit/>
          <w:trHeight w:val="431" w:hRule="atLeast"/>
          <w:tblHeader/>
        </w:trPr>
        <w:tc>
          <w:tcPr>
            <w:tcW w:type="dxa" w:w="369"/>
            <w:vAlign w:val="center"/>
            <w:shd w:fill="EAF1F7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No</w:t>
            </w:r>
          </w:p>
        </w:tc>
        <w:tc>
          <w:tcPr>
            <w:tcW w:type="dxa" w:w="4337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Çalışma / faaliyet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T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S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B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P</w:t>
            </w:r>
          </w:p>
        </w:tc>
        <w:tc>
          <w:tcPr>
            <w:tcW w:type="dxa" w:w="3572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Kısa açıklama / kanıt</w:t>
              <w:br/>
              <w:t>(gerektiğinde)</w:t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1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Tez konusunun ve çalışma planının belirlenmesi / güncellenmesi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2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Problem durumu, amaç ve araştırma sorularının geliştirilmesi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3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Literatür taraması ve kaynakların düzenlenmesi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4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Kuramsal / kavramsal çerçevenin oluşturulması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5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Araştırma yönteminin ve çalışma deseninin belirlenmesi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6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Etik kurul / kurum izinlerine ilişkin işlemler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7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Veri toplama aracının geliştirilmesi / uyarlanması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</w:tbl>
    <w:p>
      <w:pPr>
        <w:keepNext w:val="0"/>
        <w:keepLines w:val="0"/>
        <w:pageBreakBefore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506373"/>
          <w:sz w:val="17"/>
        </w:rPr>
        <w:t>Öğrenci adı soyadı: ....................................................    No: ..........................    Yarıyıl: ..........................</w:t>
      </w:r>
    </w:p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C. DÖNEM BOYUNCA YÜRÜTÜLEN ÇALIŞMALAR (devam)</w:t>
      </w:r>
    </w:p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182B39"/>
          <w:sz w:val="17"/>
        </w:rPr>
        <w:t>Her satırda bir durum işaretleyiniz: T = Tamamladım, S = Sürdürüyorum, B = Başlamadım, P = Bu dönem planlamadım.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369"/>
        <w:gridCol w:w="4337"/>
        <w:gridCol w:w="454"/>
        <w:gridCol w:w="454"/>
        <w:gridCol w:w="454"/>
        <w:gridCol w:w="454"/>
        <w:gridCol w:w="3572"/>
      </w:tblGrid>
      <w:tr>
        <w:trPr>
          <w:cantSplit/>
          <w:trHeight w:val="431" w:hRule="atLeast"/>
          <w:tblHeader/>
        </w:trPr>
        <w:tc>
          <w:tcPr>
            <w:tcW w:type="dxa" w:w="369"/>
            <w:vAlign w:val="center"/>
            <w:shd w:fill="EAF1F7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No</w:t>
            </w:r>
          </w:p>
        </w:tc>
        <w:tc>
          <w:tcPr>
            <w:tcW w:type="dxa" w:w="4337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Çalışma / faaliyet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T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S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B</w:t>
            </w:r>
          </w:p>
        </w:tc>
        <w:tc>
          <w:tcPr>
            <w:tcW w:type="dxa" w:w="454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P</w:t>
            </w:r>
          </w:p>
        </w:tc>
        <w:tc>
          <w:tcPr>
            <w:tcW w:type="dxa" w:w="3572"/>
            <w:vAlign w:val="center"/>
            <w:shd w:fill="EAF1F7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8"/>
              </w:rPr>
              <w:t>Kısa açıklama / kanıt</w:t>
              <w:br/>
              <w:t>(gerektiğinde)</w:t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8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Veri toplama / uygulama sürecinin yürütülmesi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9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Veri analizlerinin gerçekleştirilmesi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10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Tez bölümlerinin yazılması / gözden geçirilmesi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11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Tam tez taslağının hazırlanması / güncellenmesi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12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Makale, bildiri veya proje çalışması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13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Danışman görüşmeleri ve geri bildirimlere göre düzeltmeler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  <w:tr>
        <w:trPr>
          <w:cantSplit/>
          <w:trHeight w:val="476" w:hRule="atLeast"/>
        </w:trPr>
        <w:tc>
          <w:tcPr>
            <w:tcW w:type="dxa" w:w="369"/>
            <w:vAlign w:val="center"/>
            <w:tcMar>
              <w:top w:w="22" w:type="dxa"/>
              <w:bottom w:w="22" w:type="dxa"/>
              <w:left w:w="26" w:type="dxa"/>
              <w:right w:w="26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Carlito" w:hAnsi="Carlito" w:eastAsia="Carlito" w:cs="Carlito"/>
                <w:b w:val="0"/>
                <w:color w:val="506373"/>
                <w:sz w:val="18"/>
              </w:rPr>
              <w:t>14</w:t>
            </w:r>
          </w:p>
        </w:tc>
        <w:tc>
          <w:tcPr>
            <w:tcW w:type="dxa" w:w="4337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8"/>
              </w:rPr>
              <w:t>Diğer (belirtiniz): ........................................................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454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14" w:lineRule="exact"/>
              <w:jc w:val="center"/>
            </w:pPr>
            <w:r>
              <w:rPr>
                <w:rFonts w:ascii="DejaVu Sans" w:hAnsi="DejaVu Sans" w:eastAsia="DejaVu Sans" w:cs="DejaVu Sans"/>
                <w:b w:val="0"/>
                <w:color w:val="182B39"/>
                <w:sz w:val="22"/>
              </w:rPr>
              <w:t>☐</w:t>
            </w:r>
          </w:p>
        </w:tc>
        <w:tc>
          <w:tcPr>
            <w:tcW w:type="dxa" w:w="357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before="0" w:after="0" w:line="230" w:lineRule="exact"/>
            </w:pPr>
            <w:r>
              <w:rPr>
                <w:rFonts w:ascii="Carlito" w:hAnsi="Carlito" w:eastAsia="Carlito" w:cs="Carlito"/>
                <w:b w:val="0"/>
                <w:sz w:val="18"/>
              </w:rPr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D. DÖNEM SONU ÖZ DEĞERLENDİRMEM</w:t>
      </w:r>
    </w:p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182B39"/>
          <w:sz w:val="17"/>
        </w:rPr>
        <w:t>Yanıtlarınızda danışman geri bildirimleri doğrultusunda yaptığınız düzenlemeleri de dikkate alınız.</w:t>
      </w:r>
    </w:p>
    <w:p>
      <w:pPr>
        <w:keepNext/>
        <w:keepLines w:val="0"/>
        <w:widowControl w:val="0"/>
        <w:spacing w:after="40" w:before="0" w:line="234" w:lineRule="exact"/>
      </w:pPr>
      <w:r>
        <w:rPr>
          <w:rFonts w:ascii="Carlito" w:hAnsi="Carlito" w:eastAsia="Carlito" w:cs="Carlito"/>
          <w:b/>
          <w:color w:val="173E61"/>
          <w:sz w:val="19"/>
        </w:rPr>
        <w:t>1. Hazırladığınız çalışmaların güçlü ve geliştirilmesi gereken yönleri nelerdir? Kısa bir örnek veriniz.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</w:tbl>
    <w:p>
      <w:pPr>
        <w:keepNext w:val="0"/>
        <w:keepLines w:val="0"/>
        <w:widowControl w:val="0"/>
        <w:spacing w:after="0" w:before="0" w:line="40" w:lineRule="exact"/>
      </w:pPr>
      <w:r>
        <w:rPr>
          <w:rFonts w:ascii="Carlito" w:hAnsi="Carlito" w:eastAsia="Carlito" w:cs="Carlito"/>
          <w:sz w:val="2"/>
        </w:rPr>
      </w:r>
    </w:p>
    <w:p>
      <w:pPr>
        <w:keepNext/>
        <w:keepLines w:val="0"/>
        <w:widowControl w:val="0"/>
        <w:spacing w:after="40" w:before="0" w:line="234" w:lineRule="exact"/>
      </w:pPr>
      <w:r>
        <w:rPr>
          <w:rFonts w:ascii="Carlito" w:hAnsi="Carlito" w:eastAsia="Carlito" w:cs="Carlito"/>
          <w:b/>
          <w:color w:val="173E61"/>
          <w:sz w:val="19"/>
        </w:rPr>
        <w:t>2. Tamamlayamadığınız çalışmalar varsa nedenlerini ve ihtiyaç duyduğunuz desteği belirtiniz.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10091"/>
      </w:tblGrid>
      <w:tr>
        <w:trPr>
          <w:cantSplit/>
        </w:trPr>
        <w:tc>
          <w:tcPr>
            <w:tcW w:type="dxa" w:w="10091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1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E. SONRAKİ DÖNEM İÇİN HEDEFLERİM</w:t>
      </w:r>
    </w:p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182B39"/>
          <w:sz w:val="17"/>
        </w:rPr>
        <w:t>En fazla iki öncelik belirtiniz; devam eden çalışma yoksa “Uygulanmaz” yazınız.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510"/>
        <w:gridCol w:w="9581"/>
      </w:tblGrid>
      <w:tr>
        <w:trPr>
          <w:cantSplit/>
        </w:trPr>
        <w:tc>
          <w:tcPr>
            <w:tcW w:type="dxa" w:w="510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1</w:t>
            </w:r>
          </w:p>
        </w:tc>
        <w:tc>
          <w:tcPr>
            <w:tcW w:type="dxa" w:w="9581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7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7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  <w:jc w:val="center"/>
            </w:pPr>
            <w:r>
              <w:rPr>
                <w:rFonts w:ascii="Carlito" w:hAnsi="Carlito" w:eastAsia="Carlito" w:cs="Carlito"/>
                <w:b/>
                <w:color w:val="173E61"/>
                <w:sz w:val="19"/>
              </w:rPr>
              <w:t>2</w:t>
            </w:r>
          </w:p>
        </w:tc>
        <w:tc>
          <w:tcPr>
            <w:tcW w:type="dxa" w:w="9581"/>
            <w:vAlign w:val="top"/>
            <w:tcMar>
              <w:top w:w="20" w:type="dxa"/>
              <w:bottom w:w="40" w:type="dxa"/>
              <w:left w:w="100" w:type="dxa"/>
              <w:right w:w="100" w:type="dxa"/>
            </w:tcMar>
          </w:tcPr>
          <w:p>
            <w:pPr>
              <w:keepNext w:val="0"/>
              <w:keepLines w:val="0"/>
              <w:widowControl w:val="0"/>
              <w:spacing w:before="0" w:after="0" w:line="37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</w: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  <w:p>
            <w:pPr>
              <w:keepNext w:val="0"/>
              <w:keepLines w:val="0"/>
              <w:widowControl w:val="0"/>
              <w:spacing w:before="0" w:after="0" w:line="370" w:lineRule="exact"/>
              <w:pBdr>
                <w:bottom w:val="single" w:sz="3" w:color="BECBD5"/>
                <w:between w:val="single" w:sz="3" w:color="BECBD5"/>
              </w:pBdr>
            </w:pPr>
            <w:r>
              <w:rPr>
                <w:rFonts w:ascii="Carlito" w:hAnsi="Carlito" w:eastAsia="Carlito" w:cs="Carlito"/>
                <w:sz w:val="19"/>
              </w:rPr>
              <w:t xml:space="preserve"> </w:t>
            </w:r>
          </w:p>
        </w:tc>
      </w:tr>
    </w:tbl>
    <w:p>
      <w:pPr>
        <w:keepNext/>
        <w:keepLines w:val="0"/>
        <w:widowControl w:val="0"/>
        <w:spacing w:after="60" w:before="100" w:line="280" w:lineRule="exact"/>
        <w:shd w:fill="173E61"/>
        <w:ind w:left="100" w:right="80"/>
      </w:pPr>
      <w:r>
        <w:rPr>
          <w:rFonts w:ascii="Carlito" w:hAnsi="Carlito" w:eastAsia="Carlito" w:cs="Carlito"/>
          <w:b/>
          <w:color w:val="FFFFFF"/>
          <w:sz w:val="20"/>
        </w:rPr>
        <w:t>F. ÖĞRENCİ BEYANI VE İMZASI</w:t>
      </w:r>
    </w:p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182B39"/>
          <w:sz w:val="17"/>
        </w:rPr>
        <w:t>Bu formun ilgili yarıyıldaki çalışmalarımı yansıttığını ve belirttiğim çıktıları danışmanıma sunduğumu beyan ederim.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center"/>
        <w:tblBorders>
          <w:top w:val="single" w:sz="5" w:color="9BAFBE"/>
          <w:left w:val="single" w:sz="5" w:color="9BAFBE"/>
          <w:bottom w:val="single" w:sz="5" w:color="9BAFBE"/>
          <w:right w:val="single" w:sz="5" w:color="9BAFBE"/>
          <w:insideH w:val="single" w:sz="5" w:color="9BAFBE"/>
          <w:insideV w:val="single" w:sz="5" w:color="9BAFBE"/>
        </w:tblBorders>
      </w:tblPr>
      <w:tblGrid>
        <w:gridCol w:w="4252"/>
        <w:gridCol w:w="5839"/>
      </w:tblGrid>
      <w:tr>
        <w:trPr>
          <w:trHeight w:val="652" w:hRule="atLeast"/>
          <w:cantSplit/>
        </w:trPr>
        <w:tc>
          <w:tcPr>
            <w:tcW w:type="dxa" w:w="4252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Tarih: ..... / ..... / ..........</w:t>
            </w:r>
          </w:p>
        </w:tc>
        <w:tc>
          <w:tcPr>
            <w:tcW w:type="dxa" w:w="5839"/>
            <w:vAlign w:val="center"/>
            <w:tcMar>
              <w:top w:w="22" w:type="dxa"/>
              <w:bottom w:w="22" w:type="dxa"/>
              <w:left w:w="80" w:type="dxa"/>
              <w:right w:w="80" w:type="dxa"/>
            </w:tcMar>
          </w:tcPr>
          <w:p>
            <w:pPr>
              <w:keepNext w:val="0"/>
              <w:keepLines w:val="0"/>
              <w:widowControl w:val="0"/>
              <w:spacing w:after="0" w:before="0" w:line="230" w:lineRule="exact"/>
            </w:pPr>
            <w:r>
              <w:rPr>
                <w:rFonts w:ascii="Carlito" w:hAnsi="Carlito" w:eastAsia="Carlito" w:cs="Carlito"/>
                <w:b w:val="0"/>
                <w:color w:val="182B39"/>
                <w:sz w:val="19"/>
              </w:rPr>
              <w:t>Öğrenci imzası:</w:t>
            </w:r>
          </w:p>
        </w:tc>
      </w:tr>
    </w:tbl>
    <w:p>
      <w:pPr>
        <w:keepNext w:val="0"/>
        <w:keepLines w:val="0"/>
        <w:widowControl w:val="0"/>
        <w:spacing w:after="60" w:before="0" w:line="210" w:lineRule="exact"/>
      </w:pPr>
      <w:r>
        <w:rPr>
          <w:rFonts w:ascii="Carlito" w:hAnsi="Carlito" w:eastAsia="Carlito" w:cs="Carlito"/>
          <w:b w:val="0"/>
          <w:color w:val="506373"/>
          <w:sz w:val="17"/>
        </w:rPr>
        <w:t>Bu form başarı notu içermez. Danışmanın değerlendirmesi ayrı formda yapılır.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907" w:bottom="680" w:left="907" w:header="397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keepLines w:val="0"/>
      <w:widowControl w:val="0"/>
      <w:spacing w:before="0" w:after="0" w:line="200" w:lineRule="exact"/>
      <w:jc w:val="center"/>
    </w:pPr>
    <w:r>
      <w:rPr>
        <w:rFonts w:ascii="Carlito" w:hAnsi="Carlito" w:eastAsia="Carlito" w:cs="Carlito"/>
        <w:color w:val="627482"/>
        <w:sz w:val="16"/>
      </w:rPr>
      <w:t xml:space="preserve">PAÜ Eğitim Bilimleri Enstitüsü | Öğrenci Öz Değerlendirme Formu | Sayfa </w:t>
    </w:r>
    <w:fldSimple w:instr="PAGE">
      <w:r>
        <w:t>1</w:t>
      </w:r>
    </w:fldSimple>
    <w:r>
      <w:rPr>
        <w:rFonts w:ascii="Carlito" w:hAnsi="Carlito" w:eastAsia="Carlito" w:cs="Carlito"/>
        <w:color w:val="627482"/>
        <w:sz w:val="16"/>
      </w:rPr>
      <w:t xml:space="preserve"> / </w:t>
    </w:r>
    <w:fldSimple w:instr="NUMPAGES">
      <w:r>
        <w:t>2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after="0" w:before="0" w:line="2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9014"/>
      <w:gridCol w:w="1077"/>
    </w:tblGrid>
    <w:tr>
      <w:tc>
        <w:tcPr>
          <w:tcW w:type="dxa" w:w="9014"/>
          <w:tcMar>
            <w:top w:w="0" w:type="dxa"/>
            <w:bottom w:w="50" w:type="dxa"/>
            <w:left w:w="0" w:type="dxa"/>
            <w:right w:w="0" w:type="dxa"/>
          </w:tcMar>
          <w:tcBorders>
            <w:bottom w:val="single" w:sz="10" w:color="173E61"/>
          </w:tcBorders>
        </w:tcPr>
        <w:p>
          <w:pPr>
            <w:keepNext w:val="0"/>
            <w:widowControl w:val="0"/>
            <w:spacing w:after="20" w:before="0" w:line="300" w:lineRule="exact"/>
          </w:pPr>
          <w:r>
            <w:rPr>
              <w:rFonts w:ascii="Carlito" w:hAnsi="Carlito" w:eastAsia="Carlito" w:cs="Carlito"/>
              <w:b/>
              <w:color w:val="173E61"/>
              <w:sz w:val="25"/>
            </w:rPr>
            <w:t>PAMUKKALE ÜNİVERSİTESİ</w:t>
          </w:r>
        </w:p>
        <w:p>
          <w:pPr>
            <w:keepNext w:val="0"/>
            <w:widowControl w:val="0"/>
            <w:spacing w:after="0" w:before="0" w:line="240" w:lineRule="exact"/>
          </w:pPr>
          <w:r>
            <w:rPr>
              <w:rFonts w:ascii="Carlito" w:hAnsi="Carlito" w:eastAsia="Carlito" w:cs="Carlito"/>
              <w:b/>
              <w:color w:val="506373"/>
              <w:sz w:val="20"/>
            </w:rPr>
            <w:t>EĞİTİM BİLİMLERİ ENSTİTÜSÜ</w:t>
          </w:r>
        </w:p>
      </w:tc>
      <w:tc>
        <w:tcPr>
          <w:tcW w:type="dxa" w:w="1077"/>
          <w:tcMar>
            <w:top w:w="0" w:type="dxa"/>
            <w:bottom w:w="50" w:type="dxa"/>
            <w:left w:w="0" w:type="dxa"/>
            <w:right w:w="0" w:type="dxa"/>
          </w:tcMar>
          <w:tcBorders>
            <w:bottom w:val="single" w:sz="10" w:color="173E61"/>
          </w:tcBorders>
        </w:tcPr>
        <w:p>
          <w:pPr>
            <w:keepNext w:val="0"/>
            <w:widowControl w:val="0"/>
            <w:spacing w:after="0" w:before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68000" cy="457336"/>
                <wp:docPr id="1" name="Picture 1" descr="Pamukkale Üniversitesi logosu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000" cy="4573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exact"/>
    </w:pPr>
    <w:rPr>
      <w:rFonts w:ascii="Carlito" w:hAnsi="Carlito"/>
      <w:sz w:val="19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Uzmanlık Alan Dersi - Öğrenci Öz Değerlendirme Formu</dc:title>
  <dc:subject>Dönem sonu izleme ve değerlendirme</dc:subject>
  <dc:creator>Pamukkale Üniversitesi Eğitim Bilimleri Enstitüsü</dc:creator>
  <cp:keywords>uzmanlık alan dersi, tez, dönem sonu, değerlendirme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